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AB4B3E" w14:textId="77777777" w:rsidR="002C4016" w:rsidRPr="00DF0B46" w:rsidRDefault="002C4016">
      <w:pPr>
        <w:spacing w:after="400" w:line="168" w:lineRule="auto"/>
      </w:pPr>
    </w:p>
    <w:p w14:paraId="35726B15" w14:textId="77777777" w:rsidR="002C4016" w:rsidRPr="00D85047" w:rsidRDefault="00000000">
      <w:pPr>
        <w:spacing w:after="360"/>
        <w:jc w:val="center"/>
        <w:rPr>
          <w:color w:val="003969"/>
        </w:rPr>
      </w:pPr>
      <w:r w:rsidRPr="00D85047">
        <w:rPr>
          <w:rFonts w:eastAsia="Goethe FF Clan"/>
          <w:b/>
          <w:color w:val="003969"/>
          <w:sz w:val="36"/>
        </w:rPr>
        <w:t>ANNEX I</w:t>
      </w:r>
    </w:p>
    <w:p w14:paraId="0182CB24" w14:textId="77777777" w:rsidR="002C4016" w:rsidRPr="00D85047" w:rsidRDefault="00000000">
      <w:pPr>
        <w:spacing w:after="40"/>
        <w:jc w:val="center"/>
        <w:rPr>
          <w:color w:val="003969"/>
        </w:rPr>
      </w:pPr>
      <w:r w:rsidRPr="00D85047">
        <w:rPr>
          <w:rFonts w:eastAsia="Goethe FF Clan"/>
          <w:b/>
          <w:color w:val="003969"/>
          <w:sz w:val="36"/>
        </w:rPr>
        <w:t>GRANT APPLICATION FORM</w:t>
      </w:r>
    </w:p>
    <w:p w14:paraId="11B7D4A3" w14:textId="77777777" w:rsidR="002C4016" w:rsidRPr="00D85047" w:rsidRDefault="00000000">
      <w:pPr>
        <w:spacing w:after="360"/>
        <w:jc w:val="center"/>
        <w:rPr>
          <w:color w:val="003969"/>
        </w:rPr>
      </w:pPr>
      <w:r w:rsidRPr="00D85047">
        <w:rPr>
          <w:rFonts w:eastAsia="Goethe FF Clan"/>
          <w:color w:val="003969"/>
          <w:sz w:val="28"/>
        </w:rPr>
        <w:t xml:space="preserve">for the Standard Capacity Building Component in the framework of the EU-funded </w:t>
      </w:r>
      <w:proofErr w:type="spellStart"/>
      <w:r w:rsidRPr="00D85047">
        <w:rPr>
          <w:rFonts w:eastAsia="Goethe FF Clan"/>
          <w:color w:val="003969"/>
          <w:sz w:val="28"/>
        </w:rPr>
        <w:t>programme</w:t>
      </w:r>
      <w:proofErr w:type="spellEnd"/>
    </w:p>
    <w:p w14:paraId="5465194D" w14:textId="77777777" w:rsidR="002C4016" w:rsidRPr="00D85047" w:rsidRDefault="00000000">
      <w:pPr>
        <w:spacing w:after="20"/>
        <w:jc w:val="center"/>
        <w:rPr>
          <w:color w:val="003969"/>
        </w:rPr>
      </w:pPr>
      <w:r w:rsidRPr="00D85047">
        <w:rPr>
          <w:rFonts w:eastAsia="Goethe FF Clan"/>
          <w:b/>
          <w:color w:val="003969"/>
          <w:sz w:val="56"/>
        </w:rPr>
        <w:t>EU4Culture II</w:t>
      </w:r>
    </w:p>
    <w:p w14:paraId="45888B22" w14:textId="77777777" w:rsidR="002C4016" w:rsidRPr="00D85047" w:rsidRDefault="00000000">
      <w:pPr>
        <w:spacing w:after="480"/>
        <w:jc w:val="center"/>
        <w:rPr>
          <w:color w:val="003969"/>
        </w:rPr>
      </w:pPr>
      <w:r w:rsidRPr="00D85047">
        <w:rPr>
          <w:rFonts w:eastAsia="Goethe FF Clan"/>
          <w:color w:val="003969"/>
          <w:sz w:val="28"/>
        </w:rPr>
        <w:t>Sustainable Creative Ecosystems</w:t>
      </w:r>
    </w:p>
    <w:p w14:paraId="224E6594" w14:textId="77777777" w:rsidR="002C4016" w:rsidRPr="00DF0B46" w:rsidRDefault="00000000">
      <w:pPr>
        <w:spacing w:after="120"/>
        <w:jc w:val="center"/>
      </w:pPr>
      <w:r w:rsidRPr="00DF0B46">
        <w:rPr>
          <w:rFonts w:eastAsia="Goethe FF Clan"/>
          <w:color w:val="C00000"/>
        </w:rPr>
        <w:t>Deadline for submission of the application:</w:t>
      </w:r>
    </w:p>
    <w:p w14:paraId="349BAA85" w14:textId="77777777" w:rsidR="002C4016" w:rsidRPr="00DF0B46" w:rsidRDefault="00000000">
      <w:pPr>
        <w:spacing w:after="560"/>
        <w:jc w:val="center"/>
      </w:pPr>
      <w:r w:rsidRPr="00DF0B46">
        <w:rPr>
          <w:rFonts w:eastAsia="Goethe FF Clan"/>
          <w:b/>
          <w:sz w:val="32"/>
        </w:rPr>
        <w:t>5 October 2026 at 18:00 (CEST)</w:t>
      </w:r>
    </w:p>
    <w:tbl>
      <w:tblPr>
        <w:tblW w:w="9072" w:type="dxa"/>
        <w:tblInd w:w="120" w:type="dxa"/>
        <w:tblLayout w:type="fixed"/>
        <w:tblLook w:val="04A0" w:firstRow="1" w:lastRow="0" w:firstColumn="1" w:lastColumn="0" w:noHBand="0" w:noVBand="1"/>
      </w:tblPr>
      <w:tblGrid>
        <w:gridCol w:w="2994"/>
        <w:gridCol w:w="6078"/>
      </w:tblGrid>
      <w:tr w:rsidR="002C4016" w:rsidRPr="00DF0B46" w14:paraId="05270883" w14:textId="77777777" w:rsidTr="00D85047">
        <w:trPr>
          <w:cantSplit/>
          <w:trHeight w:val="620"/>
        </w:trPr>
        <w:tc>
          <w:tcPr>
            <w:tcW w:w="299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52E97C4B" w14:textId="77777777" w:rsidR="002C4016" w:rsidRPr="00DF0B46" w:rsidRDefault="00000000">
            <w:r w:rsidRPr="00DF0B46">
              <w:rPr>
                <w:rFonts w:eastAsia="Goethe FF Clan"/>
                <w:b/>
                <w:color w:val="FFFFFF"/>
                <w:sz w:val="18"/>
              </w:rPr>
              <w:t>Title of the action:</w:t>
            </w:r>
          </w:p>
        </w:tc>
        <w:tc>
          <w:tcPr>
            <w:tcW w:w="607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2522A20" w14:textId="77777777" w:rsidR="002C4016" w:rsidRPr="00DF0B46" w:rsidRDefault="00000000">
            <w:r w:rsidRPr="00DF0B46">
              <w:rPr>
                <w:rFonts w:eastAsia="Verdana"/>
                <w:i/>
                <w:color w:val="666666"/>
                <w:sz w:val="19"/>
              </w:rPr>
              <w:t>[Enter title]</w:t>
            </w:r>
          </w:p>
        </w:tc>
      </w:tr>
      <w:tr w:rsidR="002C4016" w:rsidRPr="00DF0B46" w14:paraId="5E4FE258" w14:textId="77777777" w:rsidTr="00D85047">
        <w:trPr>
          <w:cantSplit/>
          <w:trHeight w:val="620"/>
        </w:trPr>
        <w:tc>
          <w:tcPr>
            <w:tcW w:w="299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57E38DF" w14:textId="77777777" w:rsidR="002C4016" w:rsidRPr="00DF0B46" w:rsidRDefault="00000000">
            <w:r w:rsidRPr="00DF0B46">
              <w:rPr>
                <w:rFonts w:eastAsia="Goethe FF Clan"/>
                <w:b/>
                <w:color w:val="FFFFFF"/>
                <w:sz w:val="18"/>
              </w:rPr>
              <w:t>Acronym of the action:</w:t>
            </w:r>
          </w:p>
        </w:tc>
        <w:tc>
          <w:tcPr>
            <w:tcW w:w="607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6588E18" w14:textId="77777777" w:rsidR="002C4016" w:rsidRPr="00DF0B46" w:rsidRDefault="00000000">
            <w:r w:rsidRPr="00DF0B46">
              <w:rPr>
                <w:rFonts w:eastAsia="Verdana"/>
                <w:i/>
                <w:color w:val="666666"/>
                <w:sz w:val="19"/>
              </w:rPr>
              <w:t>[Enter acronym]</w:t>
            </w:r>
          </w:p>
        </w:tc>
      </w:tr>
      <w:tr w:rsidR="002C4016" w:rsidRPr="00DF0B46" w14:paraId="644256FB" w14:textId="77777777" w:rsidTr="00D85047">
        <w:trPr>
          <w:cantSplit/>
          <w:trHeight w:val="643"/>
        </w:trPr>
        <w:tc>
          <w:tcPr>
            <w:tcW w:w="299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39AB2994" w14:textId="77777777" w:rsidR="002C4016" w:rsidRPr="00DF0B46" w:rsidRDefault="00000000">
            <w:r w:rsidRPr="00DF0B46">
              <w:rPr>
                <w:rFonts w:eastAsia="Goethe FF Clan"/>
                <w:b/>
                <w:color w:val="FFFFFF"/>
                <w:sz w:val="18"/>
              </w:rPr>
              <w:t>Requested grant amount:</w:t>
            </w:r>
          </w:p>
        </w:tc>
        <w:tc>
          <w:tcPr>
            <w:tcW w:w="607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666E3E9" w14:textId="77777777" w:rsidR="002C4016" w:rsidRPr="00DF0B46" w:rsidRDefault="00000000">
            <w:r w:rsidRPr="00DF0B46">
              <w:rPr>
                <w:rFonts w:eastAsia="Verdana"/>
                <w:i/>
                <w:color w:val="666666"/>
                <w:sz w:val="19"/>
              </w:rPr>
              <w:t>EUR [amount]</w:t>
            </w:r>
          </w:p>
        </w:tc>
      </w:tr>
      <w:tr w:rsidR="002C4016" w:rsidRPr="00DF0B46" w14:paraId="78191337" w14:textId="77777777" w:rsidTr="00D85047">
        <w:trPr>
          <w:cantSplit/>
          <w:trHeight w:val="724"/>
        </w:trPr>
        <w:tc>
          <w:tcPr>
            <w:tcW w:w="299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00FC668" w14:textId="390CB3DA" w:rsidR="002C4016" w:rsidRPr="00DF0B46" w:rsidRDefault="00000000">
            <w:r w:rsidRPr="00DF0B46">
              <w:rPr>
                <w:rFonts w:eastAsia="Goethe FF Clan"/>
                <w:b/>
                <w:color w:val="FFFFFF"/>
                <w:sz w:val="18"/>
              </w:rPr>
              <w:t xml:space="preserve">Name of the </w:t>
            </w:r>
            <w:r w:rsidR="00E32602">
              <w:rPr>
                <w:rFonts w:eastAsia="Goethe FF Clan"/>
                <w:b/>
                <w:color w:val="FFFFFF"/>
                <w:sz w:val="18"/>
              </w:rPr>
              <w:t>single/</w:t>
            </w:r>
            <w:r w:rsidRPr="00DF0B46">
              <w:rPr>
                <w:rFonts w:eastAsia="Goethe FF Clan"/>
                <w:b/>
                <w:color w:val="FFFFFF"/>
                <w:sz w:val="18"/>
              </w:rPr>
              <w:t>lead applicant:</w:t>
            </w:r>
          </w:p>
        </w:tc>
        <w:tc>
          <w:tcPr>
            <w:tcW w:w="607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83B5AD9" w14:textId="77777777" w:rsidR="002C4016" w:rsidRPr="00DF0B46" w:rsidRDefault="00000000">
            <w:r w:rsidRPr="00DF0B46">
              <w:rPr>
                <w:rFonts w:eastAsia="Verdana"/>
                <w:i/>
                <w:color w:val="666666"/>
                <w:sz w:val="19"/>
              </w:rPr>
              <w:t>[Full legal name]</w:t>
            </w:r>
          </w:p>
        </w:tc>
      </w:tr>
    </w:tbl>
    <w:p w14:paraId="750323C2" w14:textId="77777777" w:rsidR="002C4016" w:rsidRPr="00DF0B46" w:rsidRDefault="002C4016">
      <w:pPr>
        <w:spacing w:after="200" w:line="168" w:lineRule="auto"/>
      </w:pPr>
    </w:p>
    <w:p w14:paraId="147FB035" w14:textId="77777777" w:rsidR="002C4016" w:rsidRPr="00DF0B46" w:rsidRDefault="00000000">
      <w:r w:rsidRPr="00DF0B46">
        <w:rPr>
          <w:rFonts w:eastAsia="Goethe FF Clan"/>
          <w:i/>
          <w:color w:val="666666"/>
          <w:sz w:val="16"/>
        </w:rPr>
        <w:t>All times are stated in Central European Summer Time (CEST).</w:t>
      </w:r>
    </w:p>
    <w:p w14:paraId="019795EF" w14:textId="77777777" w:rsidR="002C4016" w:rsidRPr="00DF0B46" w:rsidRDefault="00000000">
      <w:r w:rsidRPr="00DF0B46">
        <w:br w:type="page"/>
      </w:r>
    </w:p>
    <w:sdt>
      <w:sdtPr>
        <w:rPr>
          <w:rFonts w:ascii="Goethe FF Clan" w:eastAsiaTheme="minorEastAsia" w:hAnsi="Goethe FF Clan" w:cstheme="minorBidi"/>
          <w:b w:val="0"/>
          <w:bCs w:val="0"/>
          <w:color w:val="000000"/>
          <w:sz w:val="20"/>
          <w:szCs w:val="20"/>
        </w:rPr>
        <w:id w:val="851758865"/>
        <w:docPartObj>
          <w:docPartGallery w:val="Table of Contents"/>
          <w:docPartUnique/>
        </w:docPartObj>
      </w:sdtPr>
      <w:sdtEndPr>
        <w:rPr>
          <w:noProof/>
          <w:color w:val="000000" w:themeColor="text1"/>
        </w:rPr>
      </w:sdtEndPr>
      <w:sdtContent>
        <w:p w14:paraId="0A01923B" w14:textId="28928E1A" w:rsidR="00DF2ECA" w:rsidRPr="00DF0B46" w:rsidRDefault="00DF2ECA">
          <w:pPr>
            <w:pStyle w:val="TOCHeading"/>
            <w:rPr>
              <w:rFonts w:ascii="Goethe FF Clan" w:hAnsi="Goethe FF Clan"/>
            </w:rPr>
          </w:pPr>
          <w:r w:rsidRPr="00DF0B46">
            <w:rPr>
              <w:rFonts w:ascii="Goethe FF Clan" w:hAnsi="Goethe FF Clan"/>
            </w:rPr>
            <w:t>Table of Contents</w:t>
          </w:r>
        </w:p>
        <w:p w14:paraId="674E6907" w14:textId="77777777" w:rsidR="00DF2ECA" w:rsidRPr="00DF0B46" w:rsidRDefault="00DF2ECA">
          <w:pPr>
            <w:pStyle w:val="TOC1"/>
            <w:tabs>
              <w:tab w:val="right" w:leader="dot" w:pos="9062"/>
            </w:tabs>
          </w:pPr>
        </w:p>
        <w:p w14:paraId="5F510F79" w14:textId="467A9261" w:rsidR="00DF2ECA" w:rsidRPr="00DF0B46" w:rsidRDefault="00DF2ECA">
          <w:pPr>
            <w:pStyle w:val="TOC1"/>
            <w:tabs>
              <w:tab w:val="right" w:leader="dot" w:pos="9062"/>
            </w:tabs>
            <w:rPr>
              <w:noProof/>
              <w:color w:val="auto"/>
              <w:kern w:val="2"/>
              <w:sz w:val="24"/>
              <w:szCs w:val="24"/>
              <w14:ligatures w14:val="standardContextual"/>
            </w:rPr>
          </w:pPr>
          <w:r w:rsidRPr="00DF0B46">
            <w:fldChar w:fldCharType="begin"/>
          </w:r>
          <w:r w:rsidRPr="00DF0B46">
            <w:instrText xml:space="preserve"> TOC \o "1-3" \h \z \u </w:instrText>
          </w:r>
          <w:r w:rsidRPr="00DF0B46">
            <w:fldChar w:fldCharType="separate"/>
          </w:r>
          <w:hyperlink w:anchor="_Toc236816151" w:history="1">
            <w:r w:rsidRPr="00DF0B46">
              <w:rPr>
                <w:rStyle w:val="Hyperlink"/>
                <w:rFonts w:eastAsia="Goethe FF Clan"/>
                <w:noProof/>
              </w:rPr>
              <w:t>PURPOSE OF THE CALL</w:t>
            </w:r>
            <w:r w:rsidRPr="00DF0B46">
              <w:rPr>
                <w:noProof/>
                <w:webHidden/>
              </w:rPr>
              <w:tab/>
            </w:r>
            <w:r w:rsidRPr="00DF0B46">
              <w:rPr>
                <w:noProof/>
                <w:webHidden/>
              </w:rPr>
              <w:fldChar w:fldCharType="begin"/>
            </w:r>
            <w:r w:rsidRPr="00DF0B46">
              <w:rPr>
                <w:noProof/>
                <w:webHidden/>
              </w:rPr>
              <w:instrText xml:space="preserve"> PAGEREF _Toc236816151 \h </w:instrText>
            </w:r>
            <w:r w:rsidRPr="00DF0B46">
              <w:rPr>
                <w:noProof/>
                <w:webHidden/>
              </w:rPr>
            </w:r>
            <w:r w:rsidRPr="00DF0B46">
              <w:rPr>
                <w:noProof/>
                <w:webHidden/>
              </w:rPr>
              <w:fldChar w:fldCharType="separate"/>
            </w:r>
            <w:r w:rsidRPr="00DF0B46">
              <w:rPr>
                <w:noProof/>
                <w:webHidden/>
              </w:rPr>
              <w:t>4</w:t>
            </w:r>
            <w:r w:rsidRPr="00DF0B46">
              <w:rPr>
                <w:noProof/>
                <w:webHidden/>
              </w:rPr>
              <w:fldChar w:fldCharType="end"/>
            </w:r>
          </w:hyperlink>
        </w:p>
        <w:p w14:paraId="43CB7192" w14:textId="7EB5A4FC" w:rsidR="00DF2ECA" w:rsidRPr="00DF0B46" w:rsidRDefault="00DF2ECA">
          <w:pPr>
            <w:pStyle w:val="TOC1"/>
            <w:tabs>
              <w:tab w:val="right" w:leader="dot" w:pos="9062"/>
            </w:tabs>
            <w:rPr>
              <w:noProof/>
              <w:color w:val="auto"/>
              <w:kern w:val="2"/>
              <w:sz w:val="24"/>
              <w:szCs w:val="24"/>
              <w14:ligatures w14:val="standardContextual"/>
            </w:rPr>
          </w:pPr>
          <w:hyperlink w:anchor="_Toc236816152" w:history="1">
            <w:r w:rsidRPr="00DF0B46">
              <w:rPr>
                <w:rStyle w:val="Hyperlink"/>
                <w:rFonts w:eastAsia="Goethe FF Clan"/>
                <w:noProof/>
              </w:rPr>
              <w:t>GENERAL INFORMATION</w:t>
            </w:r>
            <w:r w:rsidR="00DF0B46" w:rsidRPr="00DF0B46">
              <w:rPr>
                <w:rStyle w:val="Hyperlink"/>
                <w:rFonts w:eastAsia="Goethe FF Clan"/>
                <w:noProof/>
              </w:rPr>
              <w:t xml:space="preserve"> AND ELIGIBILITY</w:t>
            </w:r>
            <w:r w:rsidRPr="00DF0B46">
              <w:rPr>
                <w:noProof/>
                <w:webHidden/>
              </w:rPr>
              <w:tab/>
            </w:r>
            <w:r w:rsidRPr="00DF0B46">
              <w:rPr>
                <w:noProof/>
                <w:webHidden/>
              </w:rPr>
              <w:fldChar w:fldCharType="begin"/>
            </w:r>
            <w:r w:rsidRPr="00DF0B46">
              <w:rPr>
                <w:noProof/>
                <w:webHidden/>
              </w:rPr>
              <w:instrText xml:space="preserve"> PAGEREF _Toc236816152 \h </w:instrText>
            </w:r>
            <w:r w:rsidRPr="00DF0B46">
              <w:rPr>
                <w:noProof/>
                <w:webHidden/>
              </w:rPr>
            </w:r>
            <w:r w:rsidRPr="00DF0B46">
              <w:rPr>
                <w:noProof/>
                <w:webHidden/>
              </w:rPr>
              <w:fldChar w:fldCharType="separate"/>
            </w:r>
            <w:r w:rsidRPr="00DF0B46">
              <w:rPr>
                <w:noProof/>
                <w:webHidden/>
              </w:rPr>
              <w:t>4</w:t>
            </w:r>
            <w:r w:rsidRPr="00DF0B46">
              <w:rPr>
                <w:noProof/>
                <w:webHidden/>
              </w:rPr>
              <w:fldChar w:fldCharType="end"/>
            </w:r>
          </w:hyperlink>
        </w:p>
        <w:p w14:paraId="57BC7500" w14:textId="5AD5E77C" w:rsidR="00DF2ECA" w:rsidRPr="00DF0B46" w:rsidRDefault="00DF2ECA">
          <w:pPr>
            <w:pStyle w:val="TOC1"/>
            <w:tabs>
              <w:tab w:val="right" w:leader="dot" w:pos="9062"/>
            </w:tabs>
            <w:rPr>
              <w:noProof/>
              <w:color w:val="auto"/>
              <w:kern w:val="2"/>
              <w:sz w:val="24"/>
              <w:szCs w:val="24"/>
              <w14:ligatures w14:val="standardContextual"/>
            </w:rPr>
          </w:pPr>
          <w:hyperlink w:anchor="_Toc236816154" w:history="1">
            <w:r w:rsidRPr="00DF0B46">
              <w:rPr>
                <w:rStyle w:val="Hyperlink"/>
                <w:rFonts w:eastAsia="Goethe FF Clan"/>
                <w:noProof/>
              </w:rPr>
              <w:t>PROPOSAL SUMMARY</w:t>
            </w:r>
            <w:r w:rsidRPr="00DF0B46">
              <w:rPr>
                <w:noProof/>
                <w:webHidden/>
              </w:rPr>
              <w:tab/>
            </w:r>
            <w:r w:rsidRPr="00DF0B46">
              <w:rPr>
                <w:noProof/>
                <w:webHidden/>
              </w:rPr>
              <w:fldChar w:fldCharType="begin"/>
            </w:r>
            <w:r w:rsidRPr="00DF0B46">
              <w:rPr>
                <w:noProof/>
                <w:webHidden/>
              </w:rPr>
              <w:instrText xml:space="preserve"> PAGEREF _Toc236816154 \h </w:instrText>
            </w:r>
            <w:r w:rsidRPr="00DF0B46">
              <w:rPr>
                <w:noProof/>
                <w:webHidden/>
              </w:rPr>
            </w:r>
            <w:r w:rsidRPr="00DF0B46">
              <w:rPr>
                <w:noProof/>
                <w:webHidden/>
              </w:rPr>
              <w:fldChar w:fldCharType="separate"/>
            </w:r>
            <w:r w:rsidRPr="00DF0B46">
              <w:rPr>
                <w:noProof/>
                <w:webHidden/>
              </w:rPr>
              <w:t>6</w:t>
            </w:r>
            <w:r w:rsidRPr="00DF0B46">
              <w:rPr>
                <w:noProof/>
                <w:webHidden/>
              </w:rPr>
              <w:fldChar w:fldCharType="end"/>
            </w:r>
          </w:hyperlink>
        </w:p>
        <w:p w14:paraId="73E15D3C" w14:textId="36E105D6" w:rsidR="00DF2ECA" w:rsidRPr="00DF0B46" w:rsidRDefault="00DF2ECA">
          <w:pPr>
            <w:pStyle w:val="TOC1"/>
            <w:tabs>
              <w:tab w:val="right" w:leader="dot" w:pos="9062"/>
            </w:tabs>
            <w:rPr>
              <w:noProof/>
              <w:color w:val="auto"/>
              <w:kern w:val="2"/>
              <w:sz w:val="24"/>
              <w:szCs w:val="24"/>
              <w14:ligatures w14:val="standardContextual"/>
            </w:rPr>
          </w:pPr>
          <w:hyperlink w:anchor="_Toc236816155" w:history="1">
            <w:r w:rsidRPr="00DF0B46">
              <w:rPr>
                <w:rStyle w:val="Hyperlink"/>
                <w:rFonts w:eastAsia="Goethe FF Clan"/>
                <w:noProof/>
              </w:rPr>
              <w:t>1. RELEVANCE</w:t>
            </w:r>
            <w:r w:rsidRPr="00DF0B46">
              <w:rPr>
                <w:noProof/>
                <w:webHidden/>
              </w:rPr>
              <w:tab/>
            </w:r>
            <w:r w:rsidRPr="00DF0B46">
              <w:rPr>
                <w:noProof/>
                <w:webHidden/>
              </w:rPr>
              <w:fldChar w:fldCharType="begin"/>
            </w:r>
            <w:r w:rsidRPr="00DF0B46">
              <w:rPr>
                <w:noProof/>
                <w:webHidden/>
              </w:rPr>
              <w:instrText xml:space="preserve"> PAGEREF _Toc236816155 \h </w:instrText>
            </w:r>
            <w:r w:rsidRPr="00DF0B46">
              <w:rPr>
                <w:noProof/>
                <w:webHidden/>
              </w:rPr>
            </w:r>
            <w:r w:rsidRPr="00DF0B46">
              <w:rPr>
                <w:noProof/>
                <w:webHidden/>
              </w:rPr>
              <w:fldChar w:fldCharType="separate"/>
            </w:r>
            <w:r w:rsidRPr="00DF0B46">
              <w:rPr>
                <w:noProof/>
                <w:webHidden/>
              </w:rPr>
              <w:t>7</w:t>
            </w:r>
            <w:r w:rsidRPr="00DF0B46">
              <w:rPr>
                <w:noProof/>
                <w:webHidden/>
              </w:rPr>
              <w:fldChar w:fldCharType="end"/>
            </w:r>
          </w:hyperlink>
        </w:p>
        <w:p w14:paraId="27C2B7A4" w14:textId="15502D5A" w:rsidR="00DF2ECA" w:rsidRPr="00DF0B46" w:rsidRDefault="00DF2ECA">
          <w:pPr>
            <w:pStyle w:val="TOC1"/>
            <w:tabs>
              <w:tab w:val="right" w:leader="dot" w:pos="9062"/>
            </w:tabs>
            <w:rPr>
              <w:noProof/>
              <w:color w:val="auto"/>
              <w:kern w:val="2"/>
              <w:sz w:val="24"/>
              <w:szCs w:val="24"/>
              <w14:ligatures w14:val="standardContextual"/>
            </w:rPr>
          </w:pPr>
          <w:hyperlink w:anchor="_Toc236816156" w:history="1">
            <w:r w:rsidRPr="00DF0B46">
              <w:rPr>
                <w:rStyle w:val="Hyperlink"/>
                <w:rFonts w:eastAsia="Goethe FF Clan"/>
                <w:noProof/>
              </w:rPr>
              <w:t>2. PROGRAMME DESIGN AND METHODOLOGY</w:t>
            </w:r>
            <w:r w:rsidRPr="00DF0B46">
              <w:rPr>
                <w:noProof/>
                <w:webHidden/>
              </w:rPr>
              <w:tab/>
            </w:r>
            <w:r w:rsidRPr="00DF0B46">
              <w:rPr>
                <w:noProof/>
                <w:webHidden/>
              </w:rPr>
              <w:fldChar w:fldCharType="begin"/>
            </w:r>
            <w:r w:rsidRPr="00DF0B46">
              <w:rPr>
                <w:noProof/>
                <w:webHidden/>
              </w:rPr>
              <w:instrText xml:space="preserve"> PAGEREF _Toc236816156 \h </w:instrText>
            </w:r>
            <w:r w:rsidRPr="00DF0B46">
              <w:rPr>
                <w:noProof/>
                <w:webHidden/>
              </w:rPr>
            </w:r>
            <w:r w:rsidRPr="00DF0B46">
              <w:rPr>
                <w:noProof/>
                <w:webHidden/>
              </w:rPr>
              <w:fldChar w:fldCharType="separate"/>
            </w:r>
            <w:r w:rsidRPr="00DF0B46">
              <w:rPr>
                <w:noProof/>
                <w:webHidden/>
              </w:rPr>
              <w:t>8</w:t>
            </w:r>
            <w:r w:rsidRPr="00DF0B46">
              <w:rPr>
                <w:noProof/>
                <w:webHidden/>
              </w:rPr>
              <w:fldChar w:fldCharType="end"/>
            </w:r>
          </w:hyperlink>
        </w:p>
        <w:p w14:paraId="0550C008" w14:textId="06799C15" w:rsidR="00DF2ECA" w:rsidRPr="00DF0B46" w:rsidRDefault="00DF2ECA">
          <w:pPr>
            <w:pStyle w:val="TOC1"/>
            <w:tabs>
              <w:tab w:val="right" w:leader="dot" w:pos="9062"/>
            </w:tabs>
            <w:rPr>
              <w:noProof/>
              <w:color w:val="auto"/>
              <w:kern w:val="2"/>
              <w:sz w:val="24"/>
              <w:szCs w:val="24"/>
              <w14:ligatures w14:val="standardContextual"/>
            </w:rPr>
          </w:pPr>
          <w:hyperlink w:anchor="_Toc236816158" w:history="1">
            <w:r w:rsidRPr="00DF0B46">
              <w:rPr>
                <w:rStyle w:val="Hyperlink"/>
                <w:rFonts w:eastAsia="Goethe FF Clan"/>
                <w:noProof/>
              </w:rPr>
              <w:t>3. EFFECTIVENESS AND EXPECTED RESULTS</w:t>
            </w:r>
            <w:r w:rsidRPr="00DF0B46">
              <w:rPr>
                <w:noProof/>
                <w:webHidden/>
              </w:rPr>
              <w:tab/>
            </w:r>
            <w:r w:rsidRPr="00DF0B46">
              <w:rPr>
                <w:noProof/>
                <w:webHidden/>
              </w:rPr>
              <w:fldChar w:fldCharType="begin"/>
            </w:r>
            <w:r w:rsidRPr="00DF0B46">
              <w:rPr>
                <w:noProof/>
                <w:webHidden/>
              </w:rPr>
              <w:instrText xml:space="preserve"> PAGEREF _Toc236816158 \h </w:instrText>
            </w:r>
            <w:r w:rsidRPr="00DF0B46">
              <w:rPr>
                <w:noProof/>
                <w:webHidden/>
              </w:rPr>
            </w:r>
            <w:r w:rsidRPr="00DF0B46">
              <w:rPr>
                <w:noProof/>
                <w:webHidden/>
              </w:rPr>
              <w:fldChar w:fldCharType="separate"/>
            </w:r>
            <w:r w:rsidRPr="00DF0B46">
              <w:rPr>
                <w:noProof/>
                <w:webHidden/>
              </w:rPr>
              <w:t>9</w:t>
            </w:r>
            <w:r w:rsidRPr="00DF0B46">
              <w:rPr>
                <w:noProof/>
                <w:webHidden/>
              </w:rPr>
              <w:fldChar w:fldCharType="end"/>
            </w:r>
          </w:hyperlink>
        </w:p>
        <w:p w14:paraId="68BD1EB4" w14:textId="08C858D8" w:rsidR="00DF2ECA" w:rsidRPr="00DF0B46" w:rsidRDefault="00DF2ECA">
          <w:pPr>
            <w:pStyle w:val="TOC1"/>
            <w:tabs>
              <w:tab w:val="right" w:leader="dot" w:pos="9062"/>
            </w:tabs>
            <w:rPr>
              <w:noProof/>
              <w:color w:val="auto"/>
              <w:kern w:val="2"/>
              <w:sz w:val="24"/>
              <w:szCs w:val="24"/>
              <w14:ligatures w14:val="standardContextual"/>
            </w:rPr>
          </w:pPr>
          <w:hyperlink w:anchor="_Toc236816161" w:history="1">
            <w:r w:rsidRPr="00DF0B46">
              <w:rPr>
                <w:rStyle w:val="Hyperlink"/>
                <w:rFonts w:eastAsia="Goethe FF Clan"/>
                <w:noProof/>
              </w:rPr>
              <w:t>4. FEASIBILITY AND OPERATIONAL CAPACITY</w:t>
            </w:r>
            <w:r w:rsidRPr="00DF0B46">
              <w:rPr>
                <w:noProof/>
                <w:webHidden/>
              </w:rPr>
              <w:tab/>
            </w:r>
            <w:r w:rsidRPr="00DF0B46">
              <w:rPr>
                <w:noProof/>
                <w:webHidden/>
              </w:rPr>
              <w:fldChar w:fldCharType="begin"/>
            </w:r>
            <w:r w:rsidRPr="00DF0B46">
              <w:rPr>
                <w:noProof/>
                <w:webHidden/>
              </w:rPr>
              <w:instrText xml:space="preserve"> PAGEREF _Toc236816161 \h </w:instrText>
            </w:r>
            <w:r w:rsidRPr="00DF0B46">
              <w:rPr>
                <w:noProof/>
                <w:webHidden/>
              </w:rPr>
            </w:r>
            <w:r w:rsidRPr="00DF0B46">
              <w:rPr>
                <w:noProof/>
                <w:webHidden/>
              </w:rPr>
              <w:fldChar w:fldCharType="separate"/>
            </w:r>
            <w:r w:rsidRPr="00DF0B46">
              <w:rPr>
                <w:noProof/>
                <w:webHidden/>
              </w:rPr>
              <w:t>11</w:t>
            </w:r>
            <w:r w:rsidRPr="00DF0B46">
              <w:rPr>
                <w:noProof/>
                <w:webHidden/>
              </w:rPr>
              <w:fldChar w:fldCharType="end"/>
            </w:r>
          </w:hyperlink>
        </w:p>
        <w:p w14:paraId="37B4D86E" w14:textId="6266B6AD" w:rsidR="00DF2ECA" w:rsidRPr="00DF0B46" w:rsidRDefault="00DF2ECA">
          <w:pPr>
            <w:pStyle w:val="TOC1"/>
            <w:tabs>
              <w:tab w:val="right" w:leader="dot" w:pos="9062"/>
            </w:tabs>
            <w:rPr>
              <w:noProof/>
              <w:color w:val="auto"/>
              <w:kern w:val="2"/>
              <w:sz w:val="24"/>
              <w:szCs w:val="24"/>
              <w14:ligatures w14:val="standardContextual"/>
            </w:rPr>
          </w:pPr>
          <w:hyperlink w:anchor="_Toc236816168" w:history="1">
            <w:r w:rsidRPr="00DF0B46">
              <w:rPr>
                <w:rStyle w:val="Hyperlink"/>
                <w:rFonts w:eastAsia="Goethe FF Clan"/>
                <w:noProof/>
              </w:rPr>
              <w:t>5. SUSTAINABILITY AND TRANSFER OF LEARNING</w:t>
            </w:r>
            <w:r w:rsidRPr="00DF0B46">
              <w:rPr>
                <w:noProof/>
                <w:webHidden/>
              </w:rPr>
              <w:tab/>
            </w:r>
            <w:r w:rsidRPr="00DF0B46">
              <w:rPr>
                <w:noProof/>
                <w:webHidden/>
              </w:rPr>
              <w:fldChar w:fldCharType="begin"/>
            </w:r>
            <w:r w:rsidRPr="00DF0B46">
              <w:rPr>
                <w:noProof/>
                <w:webHidden/>
              </w:rPr>
              <w:instrText xml:space="preserve"> PAGEREF _Toc236816168 \h </w:instrText>
            </w:r>
            <w:r w:rsidRPr="00DF0B46">
              <w:rPr>
                <w:noProof/>
                <w:webHidden/>
              </w:rPr>
            </w:r>
            <w:r w:rsidRPr="00DF0B46">
              <w:rPr>
                <w:noProof/>
                <w:webHidden/>
              </w:rPr>
              <w:fldChar w:fldCharType="separate"/>
            </w:r>
            <w:r w:rsidRPr="00DF0B46">
              <w:rPr>
                <w:noProof/>
                <w:webHidden/>
              </w:rPr>
              <w:t>15</w:t>
            </w:r>
            <w:r w:rsidRPr="00DF0B46">
              <w:rPr>
                <w:noProof/>
                <w:webHidden/>
              </w:rPr>
              <w:fldChar w:fldCharType="end"/>
            </w:r>
          </w:hyperlink>
        </w:p>
        <w:p w14:paraId="2FDFC88E" w14:textId="1DA662F4" w:rsidR="00DF2ECA" w:rsidRPr="00DF0B46" w:rsidRDefault="00DF2ECA">
          <w:pPr>
            <w:pStyle w:val="TOC1"/>
            <w:tabs>
              <w:tab w:val="right" w:leader="dot" w:pos="9062"/>
            </w:tabs>
            <w:rPr>
              <w:noProof/>
              <w:color w:val="auto"/>
              <w:kern w:val="2"/>
              <w:sz w:val="24"/>
              <w:szCs w:val="24"/>
              <w14:ligatures w14:val="standardContextual"/>
            </w:rPr>
          </w:pPr>
          <w:hyperlink w:anchor="_Toc236816169" w:history="1">
            <w:r w:rsidRPr="00DF0B46">
              <w:rPr>
                <w:rStyle w:val="Hyperlink"/>
                <w:rFonts w:eastAsia="Goethe FF Clan"/>
                <w:noProof/>
              </w:rPr>
              <w:t>6. BUDGET AND COST-EFFECTIVENESS</w:t>
            </w:r>
            <w:r w:rsidRPr="00DF0B46">
              <w:rPr>
                <w:noProof/>
                <w:webHidden/>
              </w:rPr>
              <w:tab/>
            </w:r>
            <w:r w:rsidRPr="00DF0B46">
              <w:rPr>
                <w:noProof/>
                <w:webHidden/>
              </w:rPr>
              <w:fldChar w:fldCharType="begin"/>
            </w:r>
            <w:r w:rsidRPr="00DF0B46">
              <w:rPr>
                <w:noProof/>
                <w:webHidden/>
              </w:rPr>
              <w:instrText xml:space="preserve"> PAGEREF _Toc236816169 \h </w:instrText>
            </w:r>
            <w:r w:rsidRPr="00DF0B46">
              <w:rPr>
                <w:noProof/>
                <w:webHidden/>
              </w:rPr>
            </w:r>
            <w:r w:rsidRPr="00DF0B46">
              <w:rPr>
                <w:noProof/>
                <w:webHidden/>
              </w:rPr>
              <w:fldChar w:fldCharType="separate"/>
            </w:r>
            <w:r w:rsidRPr="00DF0B46">
              <w:rPr>
                <w:noProof/>
                <w:webHidden/>
              </w:rPr>
              <w:t>16</w:t>
            </w:r>
            <w:r w:rsidRPr="00DF0B46">
              <w:rPr>
                <w:noProof/>
                <w:webHidden/>
              </w:rPr>
              <w:fldChar w:fldCharType="end"/>
            </w:r>
          </w:hyperlink>
        </w:p>
        <w:p w14:paraId="0D2F877D" w14:textId="1EC0F6DF" w:rsidR="00DF2ECA" w:rsidRPr="00DF0B46" w:rsidRDefault="00DF2ECA">
          <w:pPr>
            <w:pStyle w:val="TOC1"/>
            <w:tabs>
              <w:tab w:val="right" w:leader="dot" w:pos="9062"/>
            </w:tabs>
            <w:rPr>
              <w:noProof/>
              <w:color w:val="auto"/>
              <w:kern w:val="2"/>
              <w:sz w:val="24"/>
              <w:szCs w:val="24"/>
              <w14:ligatures w14:val="standardContextual"/>
            </w:rPr>
          </w:pPr>
          <w:hyperlink w:anchor="_Toc236816171" w:history="1">
            <w:r w:rsidRPr="00DF0B46">
              <w:rPr>
                <w:rStyle w:val="Hyperlink"/>
                <w:rFonts w:eastAsia="Goethe FF Clan"/>
                <w:noProof/>
              </w:rPr>
              <w:t>MANDATE FOR CO-APPLICANT(S)</w:t>
            </w:r>
            <w:r w:rsidRPr="00DF0B46">
              <w:rPr>
                <w:noProof/>
                <w:webHidden/>
              </w:rPr>
              <w:tab/>
            </w:r>
            <w:r w:rsidRPr="00DF0B46">
              <w:rPr>
                <w:noProof/>
                <w:webHidden/>
              </w:rPr>
              <w:fldChar w:fldCharType="begin"/>
            </w:r>
            <w:r w:rsidRPr="00DF0B46">
              <w:rPr>
                <w:noProof/>
                <w:webHidden/>
              </w:rPr>
              <w:instrText xml:space="preserve"> PAGEREF _Toc236816171 \h </w:instrText>
            </w:r>
            <w:r w:rsidRPr="00DF0B46">
              <w:rPr>
                <w:noProof/>
                <w:webHidden/>
              </w:rPr>
            </w:r>
            <w:r w:rsidRPr="00DF0B46">
              <w:rPr>
                <w:noProof/>
                <w:webHidden/>
              </w:rPr>
              <w:fldChar w:fldCharType="separate"/>
            </w:r>
            <w:r w:rsidRPr="00DF0B46">
              <w:rPr>
                <w:noProof/>
                <w:webHidden/>
              </w:rPr>
              <w:t>18</w:t>
            </w:r>
            <w:r w:rsidRPr="00DF0B46">
              <w:rPr>
                <w:noProof/>
                <w:webHidden/>
              </w:rPr>
              <w:fldChar w:fldCharType="end"/>
            </w:r>
          </w:hyperlink>
        </w:p>
        <w:p w14:paraId="736D7A68" w14:textId="7A00473B" w:rsidR="00DF2ECA" w:rsidRPr="00DF0B46" w:rsidRDefault="00DF2ECA">
          <w:pPr>
            <w:pStyle w:val="TOC1"/>
            <w:tabs>
              <w:tab w:val="right" w:leader="dot" w:pos="9062"/>
            </w:tabs>
            <w:rPr>
              <w:noProof/>
              <w:color w:val="auto"/>
              <w:kern w:val="2"/>
              <w:sz w:val="24"/>
              <w:szCs w:val="24"/>
              <w14:ligatures w14:val="standardContextual"/>
            </w:rPr>
          </w:pPr>
          <w:hyperlink w:anchor="_Toc236816172" w:history="1">
            <w:r w:rsidRPr="00DF0B46">
              <w:rPr>
                <w:rStyle w:val="Hyperlink"/>
                <w:rFonts w:eastAsia="Goethe FF Clan"/>
                <w:noProof/>
              </w:rPr>
              <w:t>CHECKLIST FOR SELF-GUIDANCE</w:t>
            </w:r>
            <w:r w:rsidRPr="00DF0B46">
              <w:rPr>
                <w:noProof/>
                <w:webHidden/>
              </w:rPr>
              <w:tab/>
            </w:r>
            <w:r w:rsidRPr="00DF0B46">
              <w:rPr>
                <w:noProof/>
                <w:webHidden/>
              </w:rPr>
              <w:fldChar w:fldCharType="begin"/>
            </w:r>
            <w:r w:rsidRPr="00DF0B46">
              <w:rPr>
                <w:noProof/>
                <w:webHidden/>
              </w:rPr>
              <w:instrText xml:space="preserve"> PAGEREF _Toc236816172 \h </w:instrText>
            </w:r>
            <w:r w:rsidRPr="00DF0B46">
              <w:rPr>
                <w:noProof/>
                <w:webHidden/>
              </w:rPr>
            </w:r>
            <w:r w:rsidRPr="00DF0B46">
              <w:rPr>
                <w:noProof/>
                <w:webHidden/>
              </w:rPr>
              <w:fldChar w:fldCharType="separate"/>
            </w:r>
            <w:r w:rsidRPr="00DF0B46">
              <w:rPr>
                <w:noProof/>
                <w:webHidden/>
              </w:rPr>
              <w:t>19</w:t>
            </w:r>
            <w:r w:rsidRPr="00DF0B46">
              <w:rPr>
                <w:noProof/>
                <w:webHidden/>
              </w:rPr>
              <w:fldChar w:fldCharType="end"/>
            </w:r>
          </w:hyperlink>
        </w:p>
        <w:p w14:paraId="7953A23E" w14:textId="77B9A8ED" w:rsidR="00DF2ECA" w:rsidRPr="00DF0B46" w:rsidRDefault="00DF2ECA">
          <w:r w:rsidRPr="00DF0B46">
            <w:rPr>
              <w:b/>
              <w:bCs/>
              <w:noProof/>
            </w:rPr>
            <w:fldChar w:fldCharType="end"/>
          </w:r>
        </w:p>
      </w:sdtContent>
    </w:sdt>
    <w:p w14:paraId="076A09AB" w14:textId="77777777" w:rsidR="00DF2ECA" w:rsidRPr="00DF0B46" w:rsidRDefault="00DF2ECA">
      <w:pPr>
        <w:pStyle w:val="Heading1"/>
        <w:rPr>
          <w:rFonts w:ascii="Goethe FF Clan" w:eastAsia="Goethe FF Clan" w:hAnsi="Goethe FF Clan"/>
        </w:rPr>
      </w:pPr>
    </w:p>
    <w:p w14:paraId="3C5D5598" w14:textId="77777777" w:rsidR="002C4016" w:rsidRPr="00DF0B46" w:rsidRDefault="00000000">
      <w:r w:rsidRPr="00DF0B46">
        <w:br w:type="page"/>
      </w:r>
    </w:p>
    <w:p w14:paraId="63A96C37" w14:textId="77777777" w:rsidR="002C4016" w:rsidRPr="00DF0B46" w:rsidRDefault="00000000">
      <w:pPr>
        <w:pStyle w:val="Heading1"/>
        <w:rPr>
          <w:rFonts w:ascii="Goethe FF Clan" w:hAnsi="Goethe FF Clan"/>
        </w:rPr>
      </w:pPr>
      <w:bookmarkStart w:id="0" w:name="_Toc236816149"/>
      <w:r w:rsidRPr="00DF0B46">
        <w:rPr>
          <w:rFonts w:ascii="Goethe FF Clan" w:eastAsia="Goethe FF Clan" w:hAnsi="Goethe FF Clan"/>
        </w:rPr>
        <w:lastRenderedPageBreak/>
        <w:t>NOTICE</w:t>
      </w:r>
      <w:bookmarkEnd w:id="0"/>
    </w:p>
    <w:p w14:paraId="75A960C7" w14:textId="77777777" w:rsidR="002C4016" w:rsidRPr="00DF0B46" w:rsidRDefault="00000000" w:rsidP="00DF2ECA">
      <w:pPr>
        <w:spacing w:after="240"/>
        <w:jc w:val="both"/>
      </w:pPr>
      <w:r w:rsidRPr="00DF0B46">
        <w:rPr>
          <w:rFonts w:eastAsia="Goethe FF Clan"/>
          <w:sz w:val="19"/>
        </w:rPr>
        <w:t>When processing your application, any personal data (for example names, addresses and CVs) will be processed solely for the purposes of management, evaluation, contracting, implementation, monitoring and audit of this call and of the resulting grant contract, without prejudice to possible transmission to bodies charged with monitoring or inspection tasks under European Union law.</w:t>
      </w:r>
    </w:p>
    <w:p w14:paraId="7DF2BA96" w14:textId="77777777" w:rsidR="002C4016" w:rsidRPr="00DF0B46" w:rsidRDefault="00000000">
      <w:pPr>
        <w:pStyle w:val="Heading1"/>
        <w:rPr>
          <w:rFonts w:ascii="Goethe FF Clan" w:hAnsi="Goethe FF Clan"/>
        </w:rPr>
      </w:pPr>
      <w:bookmarkStart w:id="1" w:name="_Toc236816150"/>
      <w:r w:rsidRPr="00DF0B46">
        <w:rPr>
          <w:rFonts w:ascii="Goethe FF Clan" w:eastAsia="Goethe FF Clan" w:hAnsi="Goethe FF Clan"/>
        </w:rPr>
        <w:t>INSTRUCTIONS</w:t>
      </w:r>
      <w:bookmarkEnd w:id="1"/>
    </w:p>
    <w:p w14:paraId="63ECF5EA" w14:textId="77777777" w:rsidR="002C4016" w:rsidRPr="00DF0B46" w:rsidRDefault="00000000">
      <w:pPr>
        <w:pStyle w:val="ListBullet"/>
        <w:spacing w:after="60"/>
        <w:rPr>
          <w:bCs/>
        </w:rPr>
      </w:pPr>
      <w:r w:rsidRPr="00DF0B46">
        <w:rPr>
          <w:rFonts w:eastAsia="Goethe FF Clan"/>
          <w:bCs/>
          <w:color w:val="C00000"/>
        </w:rPr>
        <w:t>Complete this form in English. Template text uses the approved EU4Culture II visual style; applicant responses should use Verdana 10 pt, single line spacing.</w:t>
      </w:r>
    </w:p>
    <w:p w14:paraId="14A301BB" w14:textId="77777777" w:rsidR="002C4016" w:rsidRPr="00DF0B46" w:rsidRDefault="00000000">
      <w:pPr>
        <w:pStyle w:val="ListBullet"/>
        <w:spacing w:after="60"/>
        <w:rPr>
          <w:bCs/>
        </w:rPr>
      </w:pPr>
      <w:r w:rsidRPr="00DF0B46">
        <w:rPr>
          <w:rFonts w:eastAsia="Goethe FF Clan"/>
          <w:bCs/>
          <w:color w:val="C00000"/>
        </w:rPr>
        <w:t>Delete all instructions in grey italics and replace all bracketed placeholders before submitting.</w:t>
      </w:r>
    </w:p>
    <w:p w14:paraId="4C860FBE" w14:textId="77777777" w:rsidR="002C4016" w:rsidRPr="00DF0B46" w:rsidRDefault="00000000">
      <w:pPr>
        <w:pStyle w:val="ListBullet"/>
        <w:spacing w:after="60"/>
        <w:rPr>
          <w:bCs/>
        </w:rPr>
      </w:pPr>
      <w:r w:rsidRPr="00DF0B46">
        <w:rPr>
          <w:rFonts w:eastAsia="Goethe FF Clan"/>
          <w:bCs/>
          <w:color w:val="C00000"/>
        </w:rPr>
        <w:t>Do not change the section headings or evaluation structure. Rows may be added to tables where indicated.</w:t>
      </w:r>
    </w:p>
    <w:p w14:paraId="4E16B753" w14:textId="77777777" w:rsidR="002C4016" w:rsidRPr="00DF0B46" w:rsidRDefault="00000000">
      <w:pPr>
        <w:pStyle w:val="ListBullet"/>
        <w:spacing w:after="60"/>
        <w:rPr>
          <w:bCs/>
        </w:rPr>
      </w:pPr>
      <w:r w:rsidRPr="00DF0B46">
        <w:rPr>
          <w:rFonts w:eastAsia="Goethe FF Clan"/>
          <w:bCs/>
          <w:color w:val="C00000"/>
        </w:rPr>
        <w:t>The combined narrative for the Proposal Summary and Sections 1-6 must not exceed 25 pages. The cover, General Information and Eligibility, Mandate and Checklist do not count toward this limit.</w:t>
      </w:r>
    </w:p>
    <w:p w14:paraId="5883DA0C" w14:textId="77777777" w:rsidR="002C4016" w:rsidRPr="00DF0B46" w:rsidRDefault="00000000">
      <w:pPr>
        <w:pStyle w:val="ListBullet"/>
        <w:spacing w:after="60"/>
        <w:rPr>
          <w:bCs/>
        </w:rPr>
      </w:pPr>
      <w:r w:rsidRPr="00DF0B46">
        <w:rPr>
          <w:rFonts w:eastAsia="Goethe FF Clan"/>
          <w:bCs/>
          <w:color w:val="C00000"/>
        </w:rPr>
        <w:t>Submit this completed application form as a PDF through GAP together with all mandatory annexes listed in the Checklist.</w:t>
      </w:r>
    </w:p>
    <w:p w14:paraId="5550D19B" w14:textId="77777777" w:rsidR="002C4016" w:rsidRPr="00DF0B46" w:rsidRDefault="00000000">
      <w:pPr>
        <w:pStyle w:val="ListBullet"/>
        <w:spacing w:after="60"/>
        <w:rPr>
          <w:b/>
        </w:rPr>
      </w:pPr>
      <w:r w:rsidRPr="00DF0B46">
        <w:rPr>
          <w:rFonts w:eastAsia="Goethe FF Clan"/>
          <w:bCs/>
          <w:color w:val="C00000"/>
        </w:rPr>
        <w:t xml:space="preserve">Questions regarding this Call must be submitted in writing to eu4culture@goethe.de by </w:t>
      </w:r>
      <w:r w:rsidRPr="00DF0B46">
        <w:rPr>
          <w:rFonts w:eastAsia="Goethe FF Clan"/>
          <w:b/>
          <w:color w:val="C00000"/>
        </w:rPr>
        <w:t>10 September 2026</w:t>
      </w:r>
      <w:r w:rsidRPr="00DF0B46">
        <w:rPr>
          <w:rFonts w:eastAsia="Goethe FF Clan"/>
          <w:bCs/>
          <w:color w:val="C00000"/>
        </w:rPr>
        <w:t xml:space="preserve"> at 18:00 CEST. Responses will be published on the Goethe-</w:t>
      </w:r>
      <w:proofErr w:type="spellStart"/>
      <w:r w:rsidRPr="00DF0B46">
        <w:rPr>
          <w:rFonts w:eastAsia="Goethe FF Clan"/>
          <w:bCs/>
          <w:color w:val="C00000"/>
        </w:rPr>
        <w:t>Institut</w:t>
      </w:r>
      <w:proofErr w:type="spellEnd"/>
      <w:r w:rsidRPr="00DF0B46">
        <w:rPr>
          <w:rFonts w:eastAsia="Goethe FF Clan"/>
          <w:bCs/>
          <w:color w:val="C00000"/>
        </w:rPr>
        <w:t xml:space="preserve"> website and GAP on </w:t>
      </w:r>
      <w:r w:rsidRPr="00DF0B46">
        <w:rPr>
          <w:rFonts w:eastAsia="Goethe FF Clan"/>
          <w:b/>
          <w:color w:val="C00000"/>
        </w:rPr>
        <w:t>16 September 2026.</w:t>
      </w:r>
    </w:p>
    <w:tbl>
      <w:tblPr>
        <w:tblW w:w="9072" w:type="dxa"/>
        <w:tblInd w:w="120" w:type="dxa"/>
        <w:tblLayout w:type="fixed"/>
        <w:tblLook w:val="04A0" w:firstRow="1" w:lastRow="0" w:firstColumn="1" w:lastColumn="0" w:noHBand="0" w:noVBand="1"/>
      </w:tblPr>
      <w:tblGrid>
        <w:gridCol w:w="9072"/>
      </w:tblGrid>
      <w:tr w:rsidR="002C4016" w:rsidRPr="00DF0B46" w14:paraId="66C48D89" w14:textId="77777777">
        <w:trPr>
          <w:cantSplit/>
          <w:trHeight w:val="520"/>
        </w:trPr>
        <w:tc>
          <w:tcPr>
            <w:tcW w:w="9072" w:type="dxa"/>
            <w:tcBorders>
              <w:top w:val="single" w:sz="6" w:space="0" w:color="D7B4CC"/>
              <w:left w:val="single" w:sz="6" w:space="0" w:color="D7B4CC"/>
              <w:bottom w:val="single" w:sz="6" w:space="0" w:color="D7B4CC"/>
              <w:right w:val="single" w:sz="6" w:space="0" w:color="D7B4CC"/>
            </w:tcBorders>
            <w:shd w:val="clear" w:color="auto" w:fill="F8F1F5"/>
            <w:tcMar>
              <w:top w:w="80" w:type="dxa"/>
              <w:left w:w="120" w:type="dxa"/>
              <w:bottom w:w="80" w:type="dxa"/>
              <w:right w:w="120" w:type="dxa"/>
            </w:tcMar>
            <w:vAlign w:val="center"/>
          </w:tcPr>
          <w:p w14:paraId="1885F995" w14:textId="507824CB" w:rsidR="002C4016" w:rsidRPr="00DF0B46" w:rsidRDefault="00E80B55">
            <w:r>
              <w:rPr>
                <w:rFonts w:eastAsia="Goethe FF Clan"/>
                <w:b/>
                <w:color w:val="82055F"/>
                <w:sz w:val="17"/>
              </w:rPr>
              <w:t>Important Note</w:t>
            </w:r>
            <w:r w:rsidRPr="00DF0B46">
              <w:rPr>
                <w:rFonts w:eastAsia="Goethe FF Clan"/>
                <w:b/>
                <w:color w:val="82055F"/>
                <w:sz w:val="17"/>
              </w:rPr>
              <w:t xml:space="preserve">: </w:t>
            </w:r>
            <w:r w:rsidRPr="00DF0B46">
              <w:rPr>
                <w:rFonts w:eastAsia="Goethe FF Clan"/>
                <w:sz w:val="17"/>
              </w:rPr>
              <w:t>Sections 1-6 correspond directly to the six award criteria in the Capacity Building Guidelines. Applicants should avoid repeating the same information in several sections and should cross-reference Annex II (Budget) and Annex III (Logical Framework) where appropriate.</w:t>
            </w:r>
          </w:p>
        </w:tc>
      </w:tr>
    </w:tbl>
    <w:p w14:paraId="1D76BAC1" w14:textId="77777777" w:rsidR="002C4016" w:rsidRPr="00DF0B46" w:rsidRDefault="002C4016">
      <w:pPr>
        <w:spacing w:after="100" w:line="168" w:lineRule="auto"/>
      </w:pPr>
    </w:p>
    <w:p w14:paraId="6EE74CDC" w14:textId="77777777" w:rsidR="002C4016" w:rsidRPr="00DF0B46" w:rsidRDefault="00000000">
      <w:r w:rsidRPr="00DF0B46">
        <w:br w:type="page"/>
      </w:r>
    </w:p>
    <w:p w14:paraId="3A7C9074" w14:textId="77777777" w:rsidR="002C4016" w:rsidRPr="00DF0B46" w:rsidRDefault="00000000">
      <w:pPr>
        <w:pStyle w:val="Heading1"/>
        <w:rPr>
          <w:rFonts w:ascii="Goethe FF Clan" w:hAnsi="Goethe FF Clan"/>
        </w:rPr>
      </w:pPr>
      <w:bookmarkStart w:id="2" w:name="_Toc236816151"/>
      <w:r w:rsidRPr="00DF0B46">
        <w:rPr>
          <w:rFonts w:ascii="Goethe FF Clan" w:eastAsia="Goethe FF Clan" w:hAnsi="Goethe FF Clan"/>
        </w:rPr>
        <w:lastRenderedPageBreak/>
        <w:t>PURPOSE OF THE CALL</w:t>
      </w:r>
      <w:bookmarkEnd w:id="2"/>
    </w:p>
    <w:p w14:paraId="57BE87C8" w14:textId="5C7805D9" w:rsidR="002C4016" w:rsidRPr="00DF0B46" w:rsidRDefault="00000000" w:rsidP="00DF2ECA">
      <w:pPr>
        <w:spacing w:after="120"/>
        <w:jc w:val="both"/>
      </w:pPr>
      <w:r w:rsidRPr="00DF0B46">
        <w:rPr>
          <w:rFonts w:eastAsia="Goethe FF Clan"/>
          <w:sz w:val="19"/>
        </w:rPr>
        <w:t xml:space="preserve">The Standard Capacity Building Component of EU4Culture II will select one eligible </w:t>
      </w:r>
      <w:proofErr w:type="spellStart"/>
      <w:r w:rsidRPr="00DF0B46">
        <w:rPr>
          <w:rFonts w:eastAsia="Goethe FF Clan"/>
          <w:sz w:val="19"/>
        </w:rPr>
        <w:t>organisation</w:t>
      </w:r>
      <w:proofErr w:type="spellEnd"/>
      <w:r w:rsidRPr="00DF0B46">
        <w:rPr>
          <w:rFonts w:eastAsia="Goethe FF Clan"/>
          <w:sz w:val="19"/>
        </w:rPr>
        <w:t xml:space="preserve"> or consortium to design and deliver one coherent capacity-building </w:t>
      </w:r>
      <w:proofErr w:type="spellStart"/>
      <w:r w:rsidRPr="00DF0B46">
        <w:rPr>
          <w:rFonts w:eastAsia="Goethe FF Clan"/>
          <w:sz w:val="19"/>
        </w:rPr>
        <w:t>programme</w:t>
      </w:r>
      <w:proofErr w:type="spellEnd"/>
      <w:r w:rsidRPr="00DF0B46">
        <w:rPr>
          <w:rFonts w:eastAsia="Goethe FF Clan"/>
          <w:sz w:val="19"/>
        </w:rPr>
        <w:t xml:space="preserve"> for professionals involved in EU4Culture II Living Labs and Intermediary </w:t>
      </w:r>
      <w:proofErr w:type="spellStart"/>
      <w:r w:rsidRPr="00DF0B46">
        <w:rPr>
          <w:rFonts w:eastAsia="Goethe FF Clan"/>
          <w:sz w:val="19"/>
        </w:rPr>
        <w:t>Organisations</w:t>
      </w:r>
      <w:proofErr w:type="spellEnd"/>
      <w:r w:rsidRPr="00DF0B46">
        <w:rPr>
          <w:rFonts w:eastAsia="Goethe FF Clan"/>
          <w:sz w:val="19"/>
        </w:rPr>
        <w:t xml:space="preserve">. The </w:t>
      </w:r>
      <w:proofErr w:type="spellStart"/>
      <w:r w:rsidRPr="00DF0B46">
        <w:rPr>
          <w:rFonts w:eastAsia="Goethe FF Clan"/>
          <w:sz w:val="19"/>
        </w:rPr>
        <w:t>programme</w:t>
      </w:r>
      <w:proofErr w:type="spellEnd"/>
      <w:r w:rsidRPr="00DF0B46">
        <w:rPr>
          <w:rFonts w:eastAsia="Goethe FF Clan"/>
          <w:sz w:val="19"/>
        </w:rPr>
        <w:t xml:space="preserve"> must provide a shared foundation of knowledge and practical skills, support application of learning in professional practice, strengthen collaboration and produce practical resources that remain useful beyond the learning activities.</w:t>
      </w:r>
    </w:p>
    <w:p w14:paraId="436BF519" w14:textId="68419956" w:rsidR="002C4016" w:rsidRPr="00DF0B46" w:rsidRDefault="00000000">
      <w:pPr>
        <w:spacing w:after="40"/>
      </w:pPr>
      <w:r w:rsidRPr="00DF0B46">
        <w:rPr>
          <w:rFonts w:eastAsia="Goethe FF Clan"/>
          <w:b/>
          <w:sz w:val="19"/>
        </w:rPr>
        <w:t xml:space="preserve">The proposed action </w:t>
      </w:r>
      <w:r w:rsidR="00C460E1" w:rsidRPr="00DF0B46">
        <w:rPr>
          <w:rFonts w:eastAsia="Goethe FF Clan"/>
          <w:b/>
          <w:sz w:val="19"/>
        </w:rPr>
        <w:t>will</w:t>
      </w:r>
      <w:r w:rsidRPr="00DF0B46">
        <w:rPr>
          <w:rFonts w:eastAsia="Goethe FF Clan"/>
          <w:b/>
          <w:sz w:val="19"/>
        </w:rPr>
        <w:t>:</w:t>
      </w:r>
    </w:p>
    <w:p w14:paraId="1FA69A13" w14:textId="77777777" w:rsidR="002C4016" w:rsidRPr="00DF0B46" w:rsidRDefault="00000000" w:rsidP="00DF2ECA">
      <w:pPr>
        <w:pStyle w:val="ListBullet"/>
        <w:jc w:val="both"/>
      </w:pPr>
      <w:r w:rsidRPr="00DF0B46">
        <w:rPr>
          <w:rFonts w:eastAsia="Goethe FF Clan"/>
        </w:rPr>
        <w:t>comprise three modular learning rounds for separate or partly overlapping participant cohorts;</w:t>
      </w:r>
    </w:p>
    <w:p w14:paraId="55718426" w14:textId="77777777" w:rsidR="002C4016" w:rsidRPr="00DF0B46" w:rsidRDefault="00000000" w:rsidP="00DF2ECA">
      <w:pPr>
        <w:pStyle w:val="ListBullet"/>
        <w:jc w:val="both"/>
      </w:pPr>
      <w:r w:rsidRPr="00DF0B46">
        <w:rPr>
          <w:rFonts w:eastAsia="Goethe FF Clan"/>
        </w:rPr>
        <w:t>combine a substantial face-to-face dimension with appropriate online preparation and follow-up;</w:t>
      </w:r>
    </w:p>
    <w:p w14:paraId="7EE776F3" w14:textId="77777777" w:rsidR="002C4016" w:rsidRPr="00DF0B46" w:rsidRDefault="00000000" w:rsidP="00DF2ECA">
      <w:pPr>
        <w:pStyle w:val="ListBullet"/>
        <w:jc w:val="both"/>
      </w:pPr>
      <w:r w:rsidRPr="00DF0B46">
        <w:rPr>
          <w:rFonts w:eastAsia="Goethe FF Clan"/>
        </w:rPr>
        <w:t xml:space="preserve">serve professionals from EU4Culture II Living Labs and Intermediary </w:t>
      </w:r>
      <w:proofErr w:type="spellStart"/>
      <w:r w:rsidRPr="00DF0B46">
        <w:rPr>
          <w:rFonts w:eastAsia="Goethe FF Clan"/>
        </w:rPr>
        <w:t>Organisations</w:t>
      </w:r>
      <w:proofErr w:type="spellEnd"/>
      <w:r w:rsidRPr="00DF0B46">
        <w:rPr>
          <w:rFonts w:eastAsia="Goethe FF Clan"/>
        </w:rPr>
        <w:t xml:space="preserve"> across Armenia, Azerbaijan, Georgia, the Republic of Moldova, Ukraine and the Belarusian CCS community in exile;</w:t>
      </w:r>
    </w:p>
    <w:p w14:paraId="10CB3D9E" w14:textId="77777777" w:rsidR="002C4016" w:rsidRPr="00DF0B46" w:rsidRDefault="00000000" w:rsidP="00DF2ECA">
      <w:pPr>
        <w:pStyle w:val="ListBullet"/>
        <w:jc w:val="both"/>
      </w:pPr>
      <w:r w:rsidRPr="00DF0B46">
        <w:rPr>
          <w:rFonts w:eastAsia="Goethe FF Clan"/>
        </w:rPr>
        <w:t xml:space="preserve">support practical application, reflection, </w:t>
      </w:r>
      <w:proofErr w:type="spellStart"/>
      <w:r w:rsidRPr="00DF0B46">
        <w:rPr>
          <w:rFonts w:eastAsia="Goethe FF Clan"/>
        </w:rPr>
        <w:t>organisational</w:t>
      </w:r>
      <w:proofErr w:type="spellEnd"/>
      <w:r w:rsidRPr="00DF0B46">
        <w:rPr>
          <w:rFonts w:eastAsia="Goethe FF Clan"/>
        </w:rPr>
        <w:t xml:space="preserve"> transfer of learning and sustained professional exchange;</w:t>
      </w:r>
    </w:p>
    <w:p w14:paraId="60079B42" w14:textId="77777777" w:rsidR="002C4016" w:rsidRPr="00DF0B46" w:rsidRDefault="00000000" w:rsidP="00DF2ECA">
      <w:pPr>
        <w:pStyle w:val="ListBullet"/>
        <w:jc w:val="both"/>
      </w:pPr>
      <w:r w:rsidRPr="00DF0B46">
        <w:rPr>
          <w:rFonts w:eastAsia="Goethe FF Clan"/>
        </w:rPr>
        <w:t xml:space="preserve">complement, and not duplicate, Bespoke Capacity Building or </w:t>
      </w:r>
      <w:proofErr w:type="spellStart"/>
      <w:r w:rsidRPr="00DF0B46">
        <w:rPr>
          <w:rFonts w:eastAsia="Goethe FF Clan"/>
        </w:rPr>
        <w:t>organisation</w:t>
      </w:r>
      <w:proofErr w:type="spellEnd"/>
      <w:r w:rsidRPr="00DF0B46">
        <w:rPr>
          <w:rFonts w:eastAsia="Goethe FF Clan"/>
        </w:rPr>
        <w:t>-specific mentoring.</w:t>
      </w:r>
    </w:p>
    <w:p w14:paraId="1EDC0A0C" w14:textId="666C7F05" w:rsidR="002C4016" w:rsidRPr="00DF0B46" w:rsidRDefault="00000000">
      <w:pPr>
        <w:pStyle w:val="Heading1"/>
        <w:rPr>
          <w:rFonts w:ascii="Goethe FF Clan" w:hAnsi="Goethe FF Clan"/>
        </w:rPr>
      </w:pPr>
      <w:r w:rsidRPr="00DF0B46">
        <w:rPr>
          <w:rFonts w:ascii="Goethe FF Clan" w:eastAsia="Goethe FF Clan" w:hAnsi="Goethe FF Clan"/>
        </w:rPr>
        <w:t xml:space="preserve">GENERAL INFORMATION </w:t>
      </w:r>
    </w:p>
    <w:tbl>
      <w:tblPr>
        <w:tblW w:w="9072" w:type="dxa"/>
        <w:tblInd w:w="120" w:type="dxa"/>
        <w:tblLayout w:type="fixed"/>
        <w:tblLook w:val="04A0" w:firstRow="1" w:lastRow="0" w:firstColumn="1" w:lastColumn="0" w:noHBand="0" w:noVBand="1"/>
      </w:tblPr>
      <w:tblGrid>
        <w:gridCol w:w="2688"/>
        <w:gridCol w:w="6384"/>
      </w:tblGrid>
      <w:tr w:rsidR="002C4016" w:rsidRPr="00DF0B46" w14:paraId="3CB82C2E" w14:textId="77777777" w:rsidTr="00D85047">
        <w:trPr>
          <w:cantSplit/>
          <w:trHeight w:val="460"/>
          <w:tblHeader/>
        </w:trPr>
        <w:tc>
          <w:tcPr>
            <w:tcW w:w="2688"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A7A2461" w14:textId="77777777" w:rsidR="002C4016" w:rsidRPr="00DF0B46" w:rsidRDefault="00000000">
            <w:r w:rsidRPr="00DF0B46">
              <w:rPr>
                <w:rFonts w:eastAsia="Goethe FF Clan"/>
                <w:b/>
                <w:color w:val="FFFFFF"/>
                <w:sz w:val="17"/>
              </w:rPr>
              <w:t>Application information</w:t>
            </w:r>
          </w:p>
        </w:tc>
        <w:tc>
          <w:tcPr>
            <w:tcW w:w="638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3AD29C05" w14:textId="60F0B698" w:rsidR="002C4016" w:rsidRPr="00DF0B46" w:rsidRDefault="002C4016"/>
        </w:tc>
      </w:tr>
      <w:tr w:rsidR="002C4016" w:rsidRPr="00DF0B46" w14:paraId="644F52F1"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0083BBAE" w14:textId="77777777" w:rsidR="002C4016" w:rsidRPr="00DF0B46" w:rsidRDefault="00000000">
            <w:r w:rsidRPr="00DF0B46">
              <w:rPr>
                <w:rFonts w:eastAsia="Goethe FF Clan"/>
                <w:b/>
                <w:sz w:val="18"/>
              </w:rPr>
              <w:t>Title of the action</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8C3A2F4" w14:textId="77777777" w:rsidR="002C4016" w:rsidRPr="00DF0B46" w:rsidRDefault="00000000">
            <w:r w:rsidRPr="00DF0B46">
              <w:rPr>
                <w:rFonts w:eastAsia="Verdana"/>
                <w:i/>
                <w:color w:val="666666"/>
                <w:sz w:val="18"/>
              </w:rPr>
              <w:t>[Full title]</w:t>
            </w:r>
          </w:p>
        </w:tc>
      </w:tr>
      <w:tr w:rsidR="002C4016" w:rsidRPr="00DF0B46" w14:paraId="53386A68"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522DC6DC" w14:textId="77777777" w:rsidR="002C4016" w:rsidRPr="00DF0B46" w:rsidRDefault="00000000">
            <w:r w:rsidRPr="00DF0B46">
              <w:rPr>
                <w:rFonts w:eastAsia="Goethe FF Clan"/>
                <w:b/>
                <w:sz w:val="18"/>
              </w:rPr>
              <w:t>Acronym</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132C18F" w14:textId="77777777" w:rsidR="002C4016" w:rsidRPr="00DF0B46" w:rsidRDefault="00000000">
            <w:r w:rsidRPr="00DF0B46">
              <w:rPr>
                <w:rFonts w:eastAsia="Verdana"/>
                <w:i/>
                <w:color w:val="666666"/>
                <w:sz w:val="18"/>
              </w:rPr>
              <w:t>[Acronym]</w:t>
            </w:r>
          </w:p>
        </w:tc>
      </w:tr>
      <w:tr w:rsidR="002C4016" w:rsidRPr="00DF0B46" w14:paraId="06DE82C2"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3657015B" w14:textId="77777777" w:rsidR="002C4016" w:rsidRPr="00DF0B46" w:rsidRDefault="00000000">
            <w:r w:rsidRPr="00DF0B46">
              <w:rPr>
                <w:rFonts w:eastAsia="Goethe FF Clan"/>
                <w:b/>
                <w:sz w:val="18"/>
              </w:rPr>
              <w:t>Application type</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2DBD746" w14:textId="77777777" w:rsidR="002C4016" w:rsidRPr="00DF0B46" w:rsidRDefault="00000000">
            <w:r w:rsidRPr="00DF0B46">
              <w:rPr>
                <w:rFonts w:eastAsia="Verdana"/>
                <w:i/>
                <w:color w:val="666666"/>
                <w:sz w:val="18"/>
              </w:rPr>
              <w:t>[Single applicant / Consortium]</w:t>
            </w:r>
          </w:p>
        </w:tc>
      </w:tr>
      <w:tr w:rsidR="002C4016" w:rsidRPr="00DF0B46" w14:paraId="023F4B8F"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214AF64A" w14:textId="5C523BFF" w:rsidR="002C4016" w:rsidRPr="00DF0B46" w:rsidRDefault="00E32602">
            <w:r>
              <w:rPr>
                <w:rFonts w:eastAsia="Goethe FF Clan"/>
                <w:b/>
                <w:sz w:val="18"/>
              </w:rPr>
              <w:t>Single/</w:t>
            </w:r>
            <w:r w:rsidRPr="00DF0B46">
              <w:rPr>
                <w:rFonts w:eastAsia="Goethe FF Clan"/>
                <w:b/>
                <w:sz w:val="18"/>
              </w:rPr>
              <w:t>Lead applicant</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3D735FF" w14:textId="77777777" w:rsidR="002C4016" w:rsidRPr="00DF0B46" w:rsidRDefault="00000000">
            <w:r w:rsidRPr="00DF0B46">
              <w:rPr>
                <w:rFonts w:eastAsia="Verdana"/>
                <w:i/>
                <w:color w:val="666666"/>
                <w:sz w:val="18"/>
              </w:rPr>
              <w:t>[Full legal name]</w:t>
            </w:r>
          </w:p>
        </w:tc>
      </w:tr>
      <w:tr w:rsidR="002C4016" w:rsidRPr="00DF0B46" w14:paraId="341279F8"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51427135" w14:textId="77777777" w:rsidR="002C4016" w:rsidRPr="00DF0B46" w:rsidRDefault="00000000">
            <w:r w:rsidRPr="00DF0B46">
              <w:rPr>
                <w:rFonts w:eastAsia="Goethe FF Clan"/>
                <w:b/>
                <w:sz w:val="18"/>
              </w:rPr>
              <w:t>Country of registration</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CFDEA4D" w14:textId="77777777" w:rsidR="002C4016" w:rsidRPr="00DF0B46" w:rsidRDefault="00000000">
            <w:r w:rsidRPr="00DF0B46">
              <w:rPr>
                <w:rFonts w:eastAsia="Verdana"/>
                <w:i/>
                <w:color w:val="666666"/>
                <w:sz w:val="18"/>
              </w:rPr>
              <w:t>[EU Member State]</w:t>
            </w:r>
          </w:p>
        </w:tc>
      </w:tr>
      <w:tr w:rsidR="00046737" w:rsidRPr="00DF0B46" w14:paraId="5BB3FF35"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43DDEB72" w14:textId="21536336" w:rsidR="00046737" w:rsidRPr="00DF0B46" w:rsidRDefault="00046737" w:rsidP="00046737">
            <w:r w:rsidRPr="00DF0B46">
              <w:rPr>
                <w:rFonts w:eastAsia="Goethe FF Clan"/>
                <w:b/>
                <w:sz w:val="18"/>
              </w:rPr>
              <w:t>Legal status and year established</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39E51C7" w14:textId="2101F0DD" w:rsidR="00046737" w:rsidRPr="00DF0B46" w:rsidRDefault="00046737" w:rsidP="00046737">
            <w:r w:rsidRPr="00DF0B46">
              <w:rPr>
                <w:rFonts w:eastAsia="Verdana"/>
                <w:i/>
                <w:color w:val="666666"/>
                <w:sz w:val="18"/>
              </w:rPr>
              <w:t>[Non-profit cultural entity; legal form; year]</w:t>
            </w:r>
          </w:p>
        </w:tc>
      </w:tr>
      <w:tr w:rsidR="00046737" w:rsidRPr="00DF0B46" w14:paraId="6FC308EC"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7C49B744" w14:textId="5E26FFB8" w:rsidR="00046737" w:rsidRPr="00DF0B46" w:rsidRDefault="00E32602" w:rsidP="00046737">
            <w:pPr>
              <w:rPr>
                <w:rFonts w:eastAsia="Goethe FF Clan"/>
                <w:b/>
                <w:sz w:val="18"/>
              </w:rPr>
            </w:pPr>
            <w:r w:rsidRPr="00E32602">
              <w:rPr>
                <w:rFonts w:eastAsia="Goethe FF Clan"/>
                <w:b/>
                <w:sz w:val="18"/>
              </w:rPr>
              <w:t>EUNIC membership of the Single/Lead Applicant</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308B2E0" w14:textId="0B82EC1D" w:rsidR="00046737" w:rsidRPr="00DF0B46" w:rsidRDefault="00046737" w:rsidP="00046737">
            <w:pPr>
              <w:rPr>
                <w:rFonts w:eastAsia="Verdana"/>
                <w:i/>
                <w:color w:val="666666"/>
                <w:sz w:val="18"/>
              </w:rPr>
            </w:pPr>
            <w:r w:rsidRPr="00DF0B46">
              <w:rPr>
                <w:rFonts w:eastAsia="Verdana"/>
                <w:i/>
                <w:color w:val="666666"/>
                <w:sz w:val="18"/>
              </w:rPr>
              <w:t>[Confirm EUNIC membership]</w:t>
            </w:r>
          </w:p>
        </w:tc>
      </w:tr>
      <w:tr w:rsidR="00046737" w:rsidRPr="00DF0B46" w14:paraId="41736720"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64566BC8" w14:textId="77777777" w:rsidR="00046737" w:rsidRPr="00DF0B46" w:rsidRDefault="00046737" w:rsidP="00046737">
            <w:proofErr w:type="spellStart"/>
            <w:r w:rsidRPr="00DF0B46">
              <w:rPr>
                <w:rFonts w:eastAsia="Goethe FF Clan"/>
                <w:b/>
                <w:sz w:val="18"/>
              </w:rPr>
              <w:t>Authorised</w:t>
            </w:r>
            <w:proofErr w:type="spellEnd"/>
            <w:r w:rsidRPr="00DF0B46">
              <w:rPr>
                <w:rFonts w:eastAsia="Goethe FF Clan"/>
                <w:b/>
                <w:sz w:val="18"/>
              </w:rPr>
              <w:t xml:space="preserve"> representative</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271C3DA" w14:textId="77777777" w:rsidR="00046737" w:rsidRPr="00DF0B46" w:rsidRDefault="00046737" w:rsidP="00046737">
            <w:r w:rsidRPr="00DF0B46">
              <w:rPr>
                <w:rFonts w:eastAsia="Verdana"/>
                <w:i/>
                <w:color w:val="666666"/>
                <w:sz w:val="18"/>
              </w:rPr>
              <w:t>[Name and position]</w:t>
            </w:r>
          </w:p>
        </w:tc>
      </w:tr>
      <w:tr w:rsidR="00046737" w:rsidRPr="00DF0B46" w14:paraId="6CDE6DC9"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034803CE" w14:textId="77777777" w:rsidR="00046737" w:rsidRPr="00DF0B46" w:rsidRDefault="00046737" w:rsidP="00046737">
            <w:r w:rsidRPr="00DF0B46">
              <w:rPr>
                <w:rFonts w:eastAsia="Goethe FF Clan"/>
                <w:b/>
                <w:sz w:val="18"/>
              </w:rPr>
              <w:t>Contact person</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CC6ACC1" w14:textId="77777777" w:rsidR="00046737" w:rsidRPr="00DF0B46" w:rsidRDefault="00046737" w:rsidP="00046737">
            <w:r w:rsidRPr="00DF0B46">
              <w:rPr>
                <w:rFonts w:eastAsia="Verdana"/>
                <w:i/>
                <w:color w:val="666666"/>
                <w:sz w:val="18"/>
              </w:rPr>
              <w:t>[Name, position, email and telephone]</w:t>
            </w:r>
          </w:p>
        </w:tc>
      </w:tr>
      <w:tr w:rsidR="00046737" w:rsidRPr="00DF0B46" w14:paraId="1C44B22E"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2C26AABC" w14:textId="77777777" w:rsidR="00046737" w:rsidRPr="00DF0B46" w:rsidRDefault="00046737" w:rsidP="00046737">
            <w:r w:rsidRPr="00DF0B46">
              <w:rPr>
                <w:rFonts w:eastAsia="Goethe FF Clan"/>
                <w:b/>
                <w:sz w:val="18"/>
              </w:rPr>
              <w:t>Co-applicant 1, if applicable</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270CBBB" w14:textId="77777777" w:rsidR="00046737" w:rsidRPr="00DF0B46" w:rsidRDefault="00046737" w:rsidP="00046737">
            <w:r w:rsidRPr="00DF0B46">
              <w:rPr>
                <w:rFonts w:eastAsia="Verdana"/>
                <w:i/>
                <w:color w:val="666666"/>
                <w:sz w:val="18"/>
              </w:rPr>
              <w:t>[Full legal name; country; non-profit status]</w:t>
            </w:r>
          </w:p>
        </w:tc>
      </w:tr>
      <w:tr w:rsidR="00046737" w:rsidRPr="00DF0B46" w14:paraId="7AF629FB"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1274621C" w14:textId="77777777" w:rsidR="00046737" w:rsidRPr="00DF0B46" w:rsidRDefault="00046737" w:rsidP="00046737">
            <w:r w:rsidRPr="00DF0B46">
              <w:rPr>
                <w:rFonts w:eastAsia="Goethe FF Clan"/>
                <w:b/>
                <w:sz w:val="18"/>
              </w:rPr>
              <w:t>Co-applicant 2, if applicable</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5E48605" w14:textId="77777777" w:rsidR="00046737" w:rsidRPr="00DF0B46" w:rsidRDefault="00046737" w:rsidP="00046737">
            <w:r w:rsidRPr="00DF0B46">
              <w:rPr>
                <w:rFonts w:eastAsia="Verdana"/>
                <w:i/>
                <w:color w:val="666666"/>
                <w:sz w:val="18"/>
              </w:rPr>
              <w:t>[Full legal name; country; non-profit status]</w:t>
            </w:r>
          </w:p>
        </w:tc>
      </w:tr>
      <w:tr w:rsidR="00046737" w:rsidRPr="00DF0B46" w14:paraId="035BC370"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0B1D86D1" w14:textId="77777777" w:rsidR="00046737" w:rsidRPr="00DF0B46" w:rsidRDefault="00046737" w:rsidP="00046737">
            <w:r w:rsidRPr="00DF0B46">
              <w:rPr>
                <w:rFonts w:eastAsia="Goethe FF Clan"/>
                <w:b/>
                <w:sz w:val="18"/>
              </w:rPr>
              <w:t>Total action budget</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6C9B61A" w14:textId="77777777" w:rsidR="00046737" w:rsidRPr="00DF0B46" w:rsidRDefault="00046737" w:rsidP="00046737">
            <w:r w:rsidRPr="00DF0B46">
              <w:rPr>
                <w:rFonts w:eastAsia="Verdana"/>
                <w:sz w:val="19"/>
              </w:rPr>
              <w:t>EUR [amount]</w:t>
            </w:r>
          </w:p>
        </w:tc>
      </w:tr>
      <w:tr w:rsidR="00046737" w:rsidRPr="00DF0B46" w14:paraId="092C8013" w14:textId="77777777">
        <w:trPr>
          <w:cantSplit/>
          <w:trHeight w:val="460"/>
        </w:trPr>
        <w:tc>
          <w:tcPr>
            <w:tcW w:w="2688"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726557CE" w14:textId="77777777" w:rsidR="00046737" w:rsidRPr="00DF0B46" w:rsidRDefault="00046737" w:rsidP="00046737">
            <w:r w:rsidRPr="00DF0B46">
              <w:rPr>
                <w:rFonts w:eastAsia="Goethe FF Clan"/>
                <w:b/>
                <w:sz w:val="18"/>
              </w:rPr>
              <w:t>Requested EU4Culture II grant</w:t>
            </w:r>
          </w:p>
        </w:tc>
        <w:tc>
          <w:tcPr>
            <w:tcW w:w="638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4E67BEA" w14:textId="77777777" w:rsidR="00046737" w:rsidRPr="00DF0B46" w:rsidRDefault="00046737" w:rsidP="00046737">
            <w:r w:rsidRPr="00DF0B46">
              <w:rPr>
                <w:rFonts w:eastAsia="Verdana"/>
                <w:sz w:val="19"/>
              </w:rPr>
              <w:t>EUR [amount; maximum EUR 500,000]</w:t>
            </w:r>
          </w:p>
        </w:tc>
      </w:tr>
    </w:tbl>
    <w:p w14:paraId="0B3A17FF" w14:textId="77777777" w:rsidR="002C4016" w:rsidRPr="00DF0B46" w:rsidRDefault="002C4016">
      <w:pPr>
        <w:spacing w:after="100" w:line="168" w:lineRule="auto"/>
      </w:pPr>
    </w:p>
    <w:p w14:paraId="4A8C04D7" w14:textId="77777777" w:rsidR="002C4016" w:rsidRPr="00DF0B46" w:rsidRDefault="002C4016">
      <w:pPr>
        <w:spacing w:after="100" w:line="168" w:lineRule="auto"/>
      </w:pPr>
    </w:p>
    <w:p w14:paraId="308F10C9" w14:textId="77777777" w:rsidR="00DF0B46" w:rsidRPr="00DF0B46" w:rsidRDefault="00DF0B46">
      <w:pPr>
        <w:spacing w:after="100" w:line="168" w:lineRule="auto"/>
      </w:pPr>
    </w:p>
    <w:p w14:paraId="05148745" w14:textId="77777777" w:rsidR="00DF0B46" w:rsidRPr="00DF0B46" w:rsidRDefault="00DF0B46">
      <w:pPr>
        <w:spacing w:after="100" w:line="168" w:lineRule="auto"/>
      </w:pPr>
    </w:p>
    <w:p w14:paraId="55C51637" w14:textId="77777777" w:rsidR="00DF0B46" w:rsidRPr="00DF0B46" w:rsidRDefault="00DF0B46" w:rsidP="00DF0B46">
      <w:pPr>
        <w:pStyle w:val="Heading2"/>
        <w:rPr>
          <w:rFonts w:ascii="Goethe FF Clan" w:hAnsi="Goethe FF Clan"/>
        </w:rPr>
      </w:pPr>
      <w:r w:rsidRPr="00DF0B46">
        <w:rPr>
          <w:rFonts w:ascii="Goethe FF Clan" w:eastAsia="Goethe FF Clan" w:hAnsi="Goethe FF Clan"/>
        </w:rPr>
        <w:lastRenderedPageBreak/>
        <w:t>Eligibility confirmation</w:t>
      </w:r>
    </w:p>
    <w:p w14:paraId="04F21274" w14:textId="7D8ECC7E" w:rsidR="00DF0B46" w:rsidRPr="00DF0B46" w:rsidRDefault="00DF0B46" w:rsidP="00DF0B46">
      <w:pPr>
        <w:keepNext/>
        <w:spacing w:after="80"/>
      </w:pPr>
      <w:r>
        <w:rPr>
          <w:rFonts w:eastAsia="Goethe FF Clan"/>
          <w:i/>
          <w:color w:val="666666"/>
          <w:sz w:val="17"/>
        </w:rPr>
        <w:t xml:space="preserve">  </w:t>
      </w:r>
      <w:r w:rsidRPr="00DF0B46">
        <w:rPr>
          <w:rFonts w:eastAsia="Goethe FF Clan"/>
          <w:i/>
          <w:color w:val="666666"/>
          <w:sz w:val="17"/>
        </w:rPr>
        <w:t xml:space="preserve">Provide concise evidence only. Detailed </w:t>
      </w:r>
      <w:proofErr w:type="spellStart"/>
      <w:r w:rsidRPr="00DF0B46">
        <w:rPr>
          <w:rFonts w:eastAsia="Goethe FF Clan"/>
          <w:i/>
          <w:color w:val="666666"/>
          <w:sz w:val="17"/>
        </w:rPr>
        <w:t>organisational</w:t>
      </w:r>
      <w:proofErr w:type="spellEnd"/>
      <w:r w:rsidRPr="00DF0B46">
        <w:rPr>
          <w:rFonts w:eastAsia="Goethe FF Clan"/>
          <w:i/>
          <w:color w:val="666666"/>
          <w:sz w:val="17"/>
        </w:rPr>
        <w:t xml:space="preserve"> and project experience is requested under Section 4.</w:t>
      </w:r>
    </w:p>
    <w:tbl>
      <w:tblPr>
        <w:tblW w:w="9072" w:type="dxa"/>
        <w:tblInd w:w="120" w:type="dxa"/>
        <w:tblLayout w:type="fixed"/>
        <w:tblLook w:val="04A0" w:firstRow="1" w:lastRow="0" w:firstColumn="1" w:lastColumn="0" w:noHBand="0" w:noVBand="1"/>
      </w:tblPr>
      <w:tblGrid>
        <w:gridCol w:w="3629"/>
        <w:gridCol w:w="5443"/>
      </w:tblGrid>
      <w:tr w:rsidR="00DF0B46" w:rsidRPr="00DF0B46" w14:paraId="4F9F9F94" w14:textId="77777777" w:rsidTr="00D85047">
        <w:trPr>
          <w:cantSplit/>
          <w:trHeight w:val="600"/>
          <w:tblHeader/>
        </w:trPr>
        <w:tc>
          <w:tcPr>
            <w:tcW w:w="3629"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55BA90C8" w14:textId="77777777" w:rsidR="00DF0B46" w:rsidRPr="00DF0B46" w:rsidRDefault="00DF0B46" w:rsidP="00AC61E2">
            <w:r w:rsidRPr="00DF0B46">
              <w:rPr>
                <w:rFonts w:eastAsia="Goethe FF Clan"/>
                <w:b/>
                <w:color w:val="FFFFFF"/>
                <w:sz w:val="17"/>
              </w:rPr>
              <w:t>Eligibility requirement</w:t>
            </w:r>
          </w:p>
        </w:tc>
        <w:tc>
          <w:tcPr>
            <w:tcW w:w="5443"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1511BAD" w14:textId="77777777" w:rsidR="00DF0B46" w:rsidRPr="00DF0B46" w:rsidRDefault="00DF0B46" w:rsidP="00AC61E2">
            <w:pPr>
              <w:jc w:val="center"/>
            </w:pPr>
            <w:r w:rsidRPr="00DF0B46">
              <w:rPr>
                <w:rFonts w:eastAsia="Goethe FF Clan"/>
                <w:b/>
                <w:color w:val="FFFFFF"/>
                <w:sz w:val="17"/>
              </w:rPr>
              <w:t>Confirmation / concise evidence</w:t>
            </w:r>
          </w:p>
        </w:tc>
      </w:tr>
      <w:tr w:rsidR="00DF0B46" w:rsidRPr="00DF0B46" w14:paraId="52EC6CB1" w14:textId="77777777" w:rsidTr="00AC61E2">
        <w:trPr>
          <w:cantSplit/>
          <w:trHeight w:val="60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9B9C19D" w14:textId="77777777" w:rsidR="00DF0B46" w:rsidRPr="00DF0B46" w:rsidRDefault="00DF0B46" w:rsidP="00AC61E2">
            <w:r w:rsidRPr="00DF0B46">
              <w:rPr>
                <w:rFonts w:eastAsia="Verdana"/>
                <w:sz w:val="19"/>
              </w:rPr>
              <w:t>Single/Lead Applicant is a legally registered non-profit cultural entity in an EU Member State and a EUNIC member</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6457D80" w14:textId="77777777" w:rsidR="00DF0B46" w:rsidRPr="00DF0B46" w:rsidRDefault="00DF0B46" w:rsidP="00AC61E2">
            <w:r w:rsidRPr="00DF0B46">
              <w:rPr>
                <w:rFonts w:eastAsia="Verdana"/>
                <w:i/>
                <w:color w:val="666666"/>
                <w:sz w:val="18"/>
              </w:rPr>
              <w:t>[Confirm and provide registration reference]</w:t>
            </w:r>
          </w:p>
        </w:tc>
      </w:tr>
      <w:tr w:rsidR="00DF0B46" w:rsidRPr="00DF0B46" w14:paraId="5F90FDBA" w14:textId="77777777" w:rsidTr="00AC61E2">
        <w:trPr>
          <w:cantSplit/>
          <w:trHeight w:val="60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312B04B" w14:textId="77777777" w:rsidR="00DF0B46" w:rsidRPr="00DF0B46" w:rsidRDefault="00DF0B46" w:rsidP="00AC61E2">
            <w:r w:rsidRPr="00DF0B46">
              <w:rPr>
                <w:rFonts w:eastAsia="Verdana"/>
                <w:sz w:val="19"/>
              </w:rPr>
              <w:t>Single/Lead Applicant is active in Eastern Partnership countries</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F021FF7" w14:textId="77777777" w:rsidR="00DF0B46" w:rsidRPr="00DF0B46" w:rsidRDefault="00DF0B46" w:rsidP="00AC61E2">
            <w:r w:rsidRPr="00DF0B46">
              <w:rPr>
                <w:rFonts w:eastAsia="Verdana"/>
                <w:i/>
                <w:color w:val="666666"/>
                <w:sz w:val="18"/>
              </w:rPr>
              <w:t>[Give 2-3 concise examples, including country and year]</w:t>
            </w:r>
          </w:p>
        </w:tc>
      </w:tr>
      <w:tr w:rsidR="00DF0B46" w:rsidRPr="00DF0B46" w14:paraId="482D402A" w14:textId="77777777" w:rsidTr="00AC61E2">
        <w:trPr>
          <w:cantSplit/>
          <w:trHeight w:val="60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862AED9" w14:textId="77777777" w:rsidR="00DF0B46" w:rsidRPr="00DF0B46" w:rsidRDefault="00DF0B46" w:rsidP="00AC61E2">
            <w:r w:rsidRPr="00DF0B46">
              <w:rPr>
                <w:rFonts w:eastAsia="Verdana"/>
                <w:sz w:val="19"/>
              </w:rPr>
              <w:t>Single/Lead Applicant has at least 10 years of relevant experience</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CDA9259" w14:textId="77777777" w:rsidR="00DF0B46" w:rsidRPr="00DF0B46" w:rsidRDefault="00DF0B46" w:rsidP="00AC61E2">
            <w:r w:rsidRPr="00DF0B46">
              <w:rPr>
                <w:rFonts w:eastAsia="Verdana"/>
                <w:i/>
                <w:color w:val="666666"/>
                <w:sz w:val="18"/>
              </w:rPr>
              <w:t>[State relevant field(s) and period]</w:t>
            </w:r>
          </w:p>
        </w:tc>
      </w:tr>
      <w:tr w:rsidR="00DF0B46" w:rsidRPr="00DF0B46" w14:paraId="1E9ECEAF" w14:textId="77777777" w:rsidTr="00AC61E2">
        <w:trPr>
          <w:cantSplit/>
          <w:trHeight w:val="60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B037150" w14:textId="77777777" w:rsidR="00DF0B46" w:rsidRPr="00DF0B46" w:rsidRDefault="00DF0B46" w:rsidP="00AC61E2">
            <w:r w:rsidRPr="00DF0B46">
              <w:rPr>
                <w:rFonts w:eastAsia="Verdana"/>
                <w:sz w:val="19"/>
              </w:rPr>
              <w:t xml:space="preserve">Each co-applicant is a legally registered non-profit </w:t>
            </w:r>
            <w:proofErr w:type="spellStart"/>
            <w:r w:rsidRPr="00DF0B46">
              <w:rPr>
                <w:rFonts w:eastAsia="Verdana"/>
                <w:sz w:val="19"/>
              </w:rPr>
              <w:t>organisation</w:t>
            </w:r>
            <w:proofErr w:type="spellEnd"/>
            <w:r w:rsidRPr="00DF0B46">
              <w:rPr>
                <w:rFonts w:eastAsia="Verdana"/>
                <w:sz w:val="19"/>
              </w:rPr>
              <w:t xml:space="preserve"> with a relevant mandate and sufficient capacity</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E1ECCAD" w14:textId="77777777" w:rsidR="00DF0B46" w:rsidRPr="00DF0B46" w:rsidRDefault="00DF0B46" w:rsidP="00AC61E2">
            <w:r w:rsidRPr="00DF0B46">
              <w:rPr>
                <w:rFonts w:eastAsia="Verdana"/>
                <w:i/>
                <w:color w:val="666666"/>
                <w:sz w:val="18"/>
              </w:rPr>
              <w:t>[Confirm for each co-applicant, if applicable]</w:t>
            </w:r>
          </w:p>
        </w:tc>
      </w:tr>
      <w:tr w:rsidR="00DF0B46" w:rsidRPr="00DF0B46" w14:paraId="36D982E6" w14:textId="77777777" w:rsidTr="00AC61E2">
        <w:trPr>
          <w:cantSplit/>
          <w:trHeight w:val="60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D6BCE24" w14:textId="77777777" w:rsidR="00DF0B46" w:rsidRPr="00DF0B46" w:rsidRDefault="00DF0B46" w:rsidP="00AC61E2">
            <w:r w:rsidRPr="00DF0B46">
              <w:rPr>
                <w:rFonts w:eastAsia="Verdana"/>
                <w:sz w:val="19"/>
              </w:rPr>
              <w:t>The consortium has no more than three members and one eligible Lead Applicant</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BD00841" w14:textId="77777777" w:rsidR="00DF0B46" w:rsidRPr="00DF0B46" w:rsidRDefault="00DF0B46" w:rsidP="00AC61E2">
            <w:r w:rsidRPr="00DF0B46">
              <w:rPr>
                <w:rFonts w:eastAsia="Verdana"/>
                <w:i/>
                <w:color w:val="666666"/>
                <w:sz w:val="18"/>
              </w:rPr>
              <w:t>[Confirm / Not applicable]</w:t>
            </w:r>
          </w:p>
        </w:tc>
      </w:tr>
    </w:tbl>
    <w:p w14:paraId="517F90DD" w14:textId="77777777" w:rsidR="00DF0B46" w:rsidRPr="00DF0B46" w:rsidRDefault="00DF0B46" w:rsidP="00DF0B46">
      <w:pPr>
        <w:spacing w:after="100" w:line="168" w:lineRule="auto"/>
      </w:pPr>
    </w:p>
    <w:p w14:paraId="394CE39F" w14:textId="77777777" w:rsidR="00DF0B46" w:rsidRPr="00DF0B46" w:rsidRDefault="00DF0B46">
      <w:pPr>
        <w:spacing w:after="100" w:line="168" w:lineRule="auto"/>
      </w:pPr>
    </w:p>
    <w:p w14:paraId="78A290E2" w14:textId="77777777" w:rsidR="002C4016" w:rsidRPr="00DF0B46" w:rsidRDefault="00000000">
      <w:r w:rsidRPr="00DF0B46">
        <w:br w:type="page"/>
      </w:r>
    </w:p>
    <w:p w14:paraId="0F9D13B5" w14:textId="77777777" w:rsidR="002C4016" w:rsidRPr="00DF0B46" w:rsidRDefault="00000000">
      <w:pPr>
        <w:pStyle w:val="Heading1"/>
        <w:rPr>
          <w:rFonts w:ascii="Goethe FF Clan" w:hAnsi="Goethe FF Clan"/>
        </w:rPr>
      </w:pPr>
      <w:bookmarkStart w:id="3" w:name="_Toc236816154"/>
      <w:r w:rsidRPr="00DF0B46">
        <w:rPr>
          <w:rFonts w:ascii="Goethe FF Clan" w:eastAsia="Goethe FF Clan" w:hAnsi="Goethe FF Clan"/>
        </w:rPr>
        <w:lastRenderedPageBreak/>
        <w:t>PROPOSAL SUMMARY</w:t>
      </w:r>
      <w:bookmarkEnd w:id="3"/>
    </w:p>
    <w:p w14:paraId="1809C5EC" w14:textId="77777777" w:rsidR="002C4016" w:rsidRPr="00DF0B46" w:rsidRDefault="00000000">
      <w:pPr>
        <w:keepNext/>
        <w:spacing w:after="100"/>
      </w:pPr>
      <w:r w:rsidRPr="00DF0B46">
        <w:rPr>
          <w:rFonts w:eastAsia="Goethe FF Clan"/>
          <w:i/>
          <w:color w:val="666666"/>
          <w:sz w:val="17"/>
        </w:rPr>
        <w:t>Page limit: maximum 1 page</w:t>
      </w:r>
    </w:p>
    <w:p w14:paraId="49FAA6EE" w14:textId="778BA885" w:rsidR="002C4016" w:rsidRPr="00DF0B46" w:rsidRDefault="00000000">
      <w:pPr>
        <w:keepNext/>
        <w:spacing w:after="80"/>
      </w:pPr>
      <w:r w:rsidRPr="00DF0B46">
        <w:rPr>
          <w:rFonts w:eastAsia="Goethe FF Clan"/>
          <w:i/>
          <w:color w:val="666666"/>
          <w:sz w:val="17"/>
        </w:rPr>
        <w:t>Provide a concise, self-contained overview covering the capacity needs addressed, target participants, the three-round learning concept, applicant or consortium added value, main delivery formats, expected results and learning resources, total budget and requested grant. Do not repeat detailed information provided later.</w:t>
      </w:r>
    </w:p>
    <w:tbl>
      <w:tblPr>
        <w:tblW w:w="9072" w:type="dxa"/>
        <w:tblInd w:w="120" w:type="dxa"/>
        <w:tblLayout w:type="fixed"/>
        <w:tblLook w:val="04A0" w:firstRow="1" w:lastRow="0" w:firstColumn="1" w:lastColumn="0" w:noHBand="0" w:noVBand="1"/>
      </w:tblPr>
      <w:tblGrid>
        <w:gridCol w:w="9072"/>
      </w:tblGrid>
      <w:tr w:rsidR="002C4016" w:rsidRPr="00DF0B46" w14:paraId="2CFDD663" w14:textId="77777777">
        <w:trPr>
          <w:cantSplit/>
          <w:trHeight w:val="66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2FE2DB25" w14:textId="7991700C" w:rsidR="002C4016" w:rsidRPr="00DF0B46" w:rsidRDefault="00A94031">
            <w:r w:rsidRPr="00DF0B46">
              <w:rPr>
                <w:rFonts w:eastAsia="Verdana"/>
                <w:i/>
                <w:color w:val="666666"/>
              </w:rPr>
              <w:t>Click here and enter your response.</w:t>
            </w:r>
          </w:p>
        </w:tc>
      </w:tr>
    </w:tbl>
    <w:p w14:paraId="2116536E" w14:textId="77777777" w:rsidR="002C4016" w:rsidRPr="00DF0B46" w:rsidRDefault="002C4016">
      <w:pPr>
        <w:spacing w:after="80" w:line="168" w:lineRule="auto"/>
      </w:pPr>
    </w:p>
    <w:p w14:paraId="708B7707" w14:textId="77777777" w:rsidR="002C4016" w:rsidRPr="00DF0B46" w:rsidRDefault="00000000">
      <w:r w:rsidRPr="00DF0B46">
        <w:br w:type="page"/>
      </w:r>
    </w:p>
    <w:p w14:paraId="3162401B" w14:textId="77777777" w:rsidR="002C4016" w:rsidRPr="00DF0B46" w:rsidRDefault="00000000">
      <w:pPr>
        <w:pStyle w:val="Heading1"/>
        <w:rPr>
          <w:rFonts w:ascii="Goethe FF Clan" w:hAnsi="Goethe FF Clan"/>
        </w:rPr>
      </w:pPr>
      <w:bookmarkStart w:id="4" w:name="_Toc236816155"/>
      <w:r w:rsidRPr="00DF0B46">
        <w:rPr>
          <w:rFonts w:ascii="Goethe FF Clan" w:eastAsia="Goethe FF Clan" w:hAnsi="Goethe FF Clan"/>
        </w:rPr>
        <w:lastRenderedPageBreak/>
        <w:t>1. RELEVANCE</w:t>
      </w:r>
      <w:bookmarkEnd w:id="4"/>
    </w:p>
    <w:p w14:paraId="21420954" w14:textId="77777777" w:rsidR="002C4016" w:rsidRPr="00DF0B46" w:rsidRDefault="00000000">
      <w:pPr>
        <w:keepNext/>
        <w:spacing w:after="140"/>
      </w:pPr>
      <w:r w:rsidRPr="00DF0B46">
        <w:rPr>
          <w:rFonts w:eastAsia="Goethe FF Clan"/>
          <w:i/>
          <w:color w:val="666666"/>
          <w:sz w:val="17"/>
        </w:rPr>
        <w:t>Award criterion 1 | Maximum score: 20 points | Page limit: maximum 3 pages</w:t>
      </w:r>
    </w:p>
    <w:p w14:paraId="7D6C93DC" w14:textId="7EC9B887" w:rsidR="002C4016" w:rsidRPr="00DF0B46" w:rsidRDefault="00000000">
      <w:pPr>
        <w:keepNext/>
        <w:spacing w:after="80"/>
      </w:pPr>
      <w:r w:rsidRPr="00DF0B46">
        <w:rPr>
          <w:rFonts w:eastAsia="Goethe FF Clan"/>
          <w:i/>
          <w:color w:val="666666"/>
          <w:sz w:val="17"/>
        </w:rPr>
        <w:t xml:space="preserve">Explain the need for the proposed action and demonstrate a clear understanding of Standard Capacity Building within EU4Culture II. Present the main capacity gaps; explain relevance to Living Labs, Intermediary </w:t>
      </w:r>
      <w:proofErr w:type="spellStart"/>
      <w:r w:rsidRPr="00DF0B46">
        <w:rPr>
          <w:rFonts w:eastAsia="Goethe FF Clan"/>
          <w:i/>
          <w:color w:val="666666"/>
          <w:sz w:val="17"/>
        </w:rPr>
        <w:t>Organisations</w:t>
      </w:r>
      <w:proofErr w:type="spellEnd"/>
      <w:r w:rsidRPr="00DF0B46">
        <w:rPr>
          <w:rFonts w:eastAsia="Goethe FF Clan"/>
          <w:i/>
          <w:color w:val="666666"/>
          <w:sz w:val="17"/>
        </w:rPr>
        <w:t>, Roadmaps and Value Propositions; justify the proposed learning priorities in relation to the three capability areas and broad thematic areas in the Guidelines; and explain the specific added value of the applicant or consortium. Focus on the structural need and intended change, not on listing activities.</w:t>
      </w:r>
    </w:p>
    <w:tbl>
      <w:tblPr>
        <w:tblW w:w="9072" w:type="dxa"/>
        <w:tblInd w:w="120" w:type="dxa"/>
        <w:tblLayout w:type="fixed"/>
        <w:tblLook w:val="04A0" w:firstRow="1" w:lastRow="0" w:firstColumn="1" w:lastColumn="0" w:noHBand="0" w:noVBand="1"/>
      </w:tblPr>
      <w:tblGrid>
        <w:gridCol w:w="9072"/>
      </w:tblGrid>
      <w:tr w:rsidR="002C4016" w:rsidRPr="00DF0B46" w14:paraId="1B053B46" w14:textId="77777777">
        <w:trPr>
          <w:cantSplit/>
          <w:trHeight w:val="104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49714F8A" w14:textId="77777777" w:rsidR="002C4016" w:rsidRPr="00DF0B46" w:rsidRDefault="00000000">
            <w:r w:rsidRPr="00DF0B46">
              <w:rPr>
                <w:rFonts w:eastAsia="Verdana"/>
                <w:i/>
                <w:color w:val="666666"/>
              </w:rPr>
              <w:t>Click here and enter your response.</w:t>
            </w:r>
          </w:p>
        </w:tc>
      </w:tr>
    </w:tbl>
    <w:p w14:paraId="32BFB39D" w14:textId="77777777" w:rsidR="002C4016" w:rsidRPr="00DF0B46" w:rsidRDefault="002C4016">
      <w:pPr>
        <w:spacing w:after="80" w:line="168" w:lineRule="auto"/>
      </w:pPr>
    </w:p>
    <w:p w14:paraId="7F5A56F0" w14:textId="77777777" w:rsidR="002C4016" w:rsidRPr="00DF0B46" w:rsidRDefault="00000000">
      <w:r w:rsidRPr="00DF0B46">
        <w:br w:type="page"/>
      </w:r>
    </w:p>
    <w:p w14:paraId="47C62B46" w14:textId="77777777" w:rsidR="002C4016" w:rsidRPr="00DF0B46" w:rsidRDefault="00000000">
      <w:pPr>
        <w:pStyle w:val="Heading1"/>
        <w:rPr>
          <w:rFonts w:ascii="Goethe FF Clan" w:hAnsi="Goethe FF Clan"/>
        </w:rPr>
      </w:pPr>
      <w:bookmarkStart w:id="5" w:name="_Toc236816156"/>
      <w:r w:rsidRPr="00DF0B46">
        <w:rPr>
          <w:rFonts w:ascii="Goethe FF Clan" w:eastAsia="Goethe FF Clan" w:hAnsi="Goethe FF Clan"/>
        </w:rPr>
        <w:lastRenderedPageBreak/>
        <w:t>2. PROGRAMME DESIGN AND METHODOLOGY</w:t>
      </w:r>
      <w:bookmarkEnd w:id="5"/>
    </w:p>
    <w:p w14:paraId="18770076" w14:textId="77777777" w:rsidR="002C4016" w:rsidRPr="00DF0B46" w:rsidRDefault="00000000">
      <w:pPr>
        <w:keepNext/>
        <w:spacing w:after="140"/>
      </w:pPr>
      <w:r w:rsidRPr="00DF0B46">
        <w:rPr>
          <w:rFonts w:eastAsia="Goethe FF Clan"/>
          <w:i/>
          <w:color w:val="666666"/>
          <w:sz w:val="17"/>
        </w:rPr>
        <w:t>Award criterion 2 | Maximum score: 25 points | Page limit: maximum 7 pages, including the table</w:t>
      </w:r>
    </w:p>
    <w:p w14:paraId="28597527" w14:textId="4D6C2C65" w:rsidR="002C4016" w:rsidRPr="00DF0B46" w:rsidRDefault="00000000">
      <w:pPr>
        <w:keepNext/>
        <w:spacing w:after="80"/>
      </w:pPr>
      <w:r w:rsidRPr="00DF0B46">
        <w:rPr>
          <w:rFonts w:eastAsia="Goethe FF Clan"/>
          <w:i/>
          <w:color w:val="666666"/>
          <w:sz w:val="17"/>
        </w:rPr>
        <w:t xml:space="preserve">Describe the integrated learning concept and methodology. Explain how preparation, face-to-face learning, online support, practice-based application, reflection and follow-up form one coherent process; how participants may join one or more relevant rounds rather than progressing through three compulsory levels; how learning will respond to diverse country and </w:t>
      </w:r>
      <w:proofErr w:type="spellStart"/>
      <w:r w:rsidRPr="00DF0B46">
        <w:rPr>
          <w:rFonts w:eastAsia="Goethe FF Clan"/>
          <w:i/>
          <w:color w:val="666666"/>
          <w:sz w:val="17"/>
        </w:rPr>
        <w:t>organisational</w:t>
      </w:r>
      <w:proofErr w:type="spellEnd"/>
      <w:r w:rsidRPr="00DF0B46">
        <w:rPr>
          <w:rFonts w:eastAsia="Goethe FF Clan"/>
          <w:i/>
          <w:color w:val="666666"/>
          <w:sz w:val="17"/>
        </w:rPr>
        <w:t xml:space="preserve"> contexts; how common quality standards will be maintained across trainers and delivery partners; how the design can be refined during inception without fundamental redesign; how gender equality, non-discrimination, inclusion, accessibility, cultural diversity, language needs and environmental sustainability will be integrated; and </w:t>
      </w:r>
      <w:r w:rsidR="00A94031" w:rsidRPr="00A94031">
        <w:rPr>
          <w:rFonts w:eastAsia="Goethe FF Clan"/>
          <w:i/>
          <w:color w:val="666666"/>
          <w:sz w:val="17"/>
        </w:rPr>
        <w:t xml:space="preserve">how the </w:t>
      </w:r>
      <w:proofErr w:type="spellStart"/>
      <w:r w:rsidR="00A94031" w:rsidRPr="00A94031">
        <w:rPr>
          <w:rFonts w:eastAsia="Goethe FF Clan"/>
          <w:i/>
          <w:color w:val="666666"/>
          <w:sz w:val="17"/>
        </w:rPr>
        <w:t>programme</w:t>
      </w:r>
      <w:proofErr w:type="spellEnd"/>
      <w:r w:rsidR="00A94031" w:rsidRPr="00A94031">
        <w:rPr>
          <w:rFonts w:eastAsia="Goethe FF Clan"/>
          <w:i/>
          <w:color w:val="666666"/>
          <w:sz w:val="17"/>
        </w:rPr>
        <w:t xml:space="preserve"> will complement rather than duplicate Bespoke Capacity Building, </w:t>
      </w:r>
      <w:proofErr w:type="spellStart"/>
      <w:r w:rsidR="00A94031" w:rsidRPr="00A94031">
        <w:rPr>
          <w:rFonts w:eastAsia="Goethe FF Clan"/>
          <w:i/>
          <w:color w:val="666666"/>
          <w:sz w:val="17"/>
        </w:rPr>
        <w:t>organisation</w:t>
      </w:r>
      <w:proofErr w:type="spellEnd"/>
      <w:r w:rsidR="00A94031" w:rsidRPr="00A94031">
        <w:rPr>
          <w:rFonts w:eastAsia="Goethe FF Clan"/>
          <w:i/>
          <w:color w:val="666666"/>
          <w:sz w:val="17"/>
        </w:rPr>
        <w:t xml:space="preserve">-specific mentoring, EU4Culture II </w:t>
      </w:r>
      <w:proofErr w:type="spellStart"/>
      <w:r w:rsidR="00A94031" w:rsidRPr="00A94031">
        <w:rPr>
          <w:rFonts w:eastAsia="Goethe FF Clan"/>
          <w:i/>
          <w:color w:val="666666"/>
          <w:sz w:val="17"/>
        </w:rPr>
        <w:t>Internationalisation</w:t>
      </w:r>
      <w:proofErr w:type="spellEnd"/>
      <w:r w:rsidR="00A94031" w:rsidRPr="00A94031">
        <w:rPr>
          <w:rFonts w:eastAsia="Goethe FF Clan"/>
          <w:i/>
          <w:color w:val="666666"/>
          <w:sz w:val="17"/>
        </w:rPr>
        <w:t xml:space="preserve"> and Goethe-</w:t>
      </w:r>
      <w:proofErr w:type="spellStart"/>
      <w:r w:rsidR="00A94031" w:rsidRPr="00A94031">
        <w:rPr>
          <w:rFonts w:eastAsia="Goethe FF Clan"/>
          <w:i/>
          <w:color w:val="666666"/>
          <w:sz w:val="17"/>
        </w:rPr>
        <w:t>Institut</w:t>
      </w:r>
      <w:proofErr w:type="spellEnd"/>
      <w:r w:rsidR="00A94031" w:rsidRPr="00A94031">
        <w:rPr>
          <w:rFonts w:eastAsia="Goethe FF Clan"/>
          <w:i/>
          <w:color w:val="666666"/>
          <w:sz w:val="17"/>
        </w:rPr>
        <w:t>-managed Peer-to-Peer Learning, while avoiding direct implementation of Roadmaps and Value Propositions.</w:t>
      </w:r>
    </w:p>
    <w:tbl>
      <w:tblPr>
        <w:tblW w:w="9072" w:type="dxa"/>
        <w:tblInd w:w="120" w:type="dxa"/>
        <w:tblLayout w:type="fixed"/>
        <w:tblLook w:val="04A0" w:firstRow="1" w:lastRow="0" w:firstColumn="1" w:lastColumn="0" w:noHBand="0" w:noVBand="1"/>
      </w:tblPr>
      <w:tblGrid>
        <w:gridCol w:w="9072"/>
      </w:tblGrid>
      <w:tr w:rsidR="002C4016" w:rsidRPr="00DF0B46" w14:paraId="384F8E86" w14:textId="77777777">
        <w:trPr>
          <w:cantSplit/>
          <w:trHeight w:val="46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0AF01B2F" w14:textId="77777777" w:rsidR="002C4016" w:rsidRPr="00DF0B46" w:rsidRDefault="00000000">
            <w:r w:rsidRPr="00DF0B46">
              <w:rPr>
                <w:rFonts w:eastAsia="Verdana"/>
                <w:i/>
                <w:color w:val="666666"/>
              </w:rPr>
              <w:t>Click here and enter your response.</w:t>
            </w:r>
          </w:p>
        </w:tc>
      </w:tr>
    </w:tbl>
    <w:p w14:paraId="5F1B8A36" w14:textId="77777777" w:rsidR="002C4016" w:rsidRPr="00DF0B46" w:rsidRDefault="002C4016">
      <w:pPr>
        <w:spacing w:after="80" w:line="168" w:lineRule="auto"/>
      </w:pPr>
    </w:p>
    <w:p w14:paraId="3E922A29" w14:textId="16C0DEAC" w:rsidR="002C4016" w:rsidRPr="00DF0B46" w:rsidRDefault="00000000">
      <w:pPr>
        <w:pStyle w:val="Heading2"/>
        <w:rPr>
          <w:rFonts w:ascii="Goethe FF Clan" w:hAnsi="Goethe FF Clan"/>
        </w:rPr>
      </w:pPr>
      <w:bookmarkStart w:id="6" w:name="_Toc236816157"/>
      <w:r w:rsidRPr="00DF0B46">
        <w:rPr>
          <w:rFonts w:ascii="Goethe FF Clan" w:eastAsia="Goethe FF Clan" w:hAnsi="Goethe FF Clan"/>
        </w:rPr>
        <w:t>Three modular learning rounds</w:t>
      </w:r>
      <w:bookmarkEnd w:id="6"/>
      <w:r w:rsidR="003F1B89" w:rsidRPr="00DF0B46">
        <w:rPr>
          <w:rFonts w:ascii="Goethe FF Clan" w:eastAsia="Goethe FF Clan" w:hAnsi="Goethe FF Clan"/>
        </w:rPr>
        <w:t xml:space="preserve"> – Indicative Information</w:t>
      </w:r>
    </w:p>
    <w:p w14:paraId="086839FE" w14:textId="77777777" w:rsidR="002C4016" w:rsidRPr="00DF0B46" w:rsidRDefault="00000000">
      <w:pPr>
        <w:keepNext/>
        <w:spacing w:after="80"/>
      </w:pPr>
      <w:r w:rsidRPr="00DF0B46">
        <w:rPr>
          <w:rFonts w:eastAsia="Goethe FF Clan"/>
          <w:i/>
          <w:color w:val="666666"/>
          <w:sz w:val="17"/>
        </w:rPr>
        <w:t>Complete one row per round. Keep entries concise; explain the methodology in the narrative above.</w:t>
      </w:r>
    </w:p>
    <w:tbl>
      <w:tblPr>
        <w:tblW w:w="9072" w:type="dxa"/>
        <w:tblInd w:w="120" w:type="dxa"/>
        <w:tblLayout w:type="fixed"/>
        <w:tblLook w:val="04A0" w:firstRow="1" w:lastRow="0" w:firstColumn="1" w:lastColumn="0" w:noHBand="0" w:noVBand="1"/>
      </w:tblPr>
      <w:tblGrid>
        <w:gridCol w:w="810"/>
        <w:gridCol w:w="2074"/>
        <w:gridCol w:w="1407"/>
        <w:gridCol w:w="1758"/>
        <w:gridCol w:w="1758"/>
        <w:gridCol w:w="1265"/>
      </w:tblGrid>
      <w:tr w:rsidR="002C4016" w:rsidRPr="00DF0B46" w14:paraId="3B3B1FA4" w14:textId="77777777" w:rsidTr="00D85047">
        <w:trPr>
          <w:cantSplit/>
          <w:trHeight w:val="940"/>
          <w:tblHeader/>
        </w:trPr>
        <w:tc>
          <w:tcPr>
            <w:tcW w:w="810"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2185899C" w14:textId="77777777" w:rsidR="002C4016" w:rsidRPr="00DF0B46" w:rsidRDefault="00000000">
            <w:r w:rsidRPr="00DF0B46">
              <w:rPr>
                <w:rFonts w:eastAsia="Goethe FF Clan"/>
                <w:b/>
                <w:color w:val="FFFFFF"/>
                <w:sz w:val="17"/>
              </w:rPr>
              <w:t>Round</w:t>
            </w:r>
          </w:p>
        </w:tc>
        <w:tc>
          <w:tcPr>
            <w:tcW w:w="207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AFCF253" w14:textId="77777777" w:rsidR="002C4016" w:rsidRPr="00DF0B46" w:rsidRDefault="00000000">
            <w:pPr>
              <w:jc w:val="center"/>
            </w:pPr>
            <w:r w:rsidRPr="00DF0B46">
              <w:rPr>
                <w:rFonts w:eastAsia="Goethe FF Clan"/>
                <w:b/>
                <w:color w:val="FFFFFF"/>
                <w:sz w:val="17"/>
              </w:rPr>
              <w:t>Learning focus and thematic emphasis</w:t>
            </w:r>
          </w:p>
        </w:tc>
        <w:tc>
          <w:tcPr>
            <w:tcW w:w="1407"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4E92D05" w14:textId="77777777" w:rsidR="002C4016" w:rsidRPr="00DF0B46" w:rsidRDefault="00000000">
            <w:pPr>
              <w:jc w:val="center"/>
            </w:pPr>
            <w:r w:rsidRPr="00DF0B46">
              <w:rPr>
                <w:rFonts w:eastAsia="Goethe FF Clan"/>
                <w:b/>
                <w:color w:val="FFFFFF"/>
                <w:sz w:val="17"/>
              </w:rPr>
              <w:t>Participant cohort</w:t>
            </w:r>
          </w:p>
        </w:tc>
        <w:tc>
          <w:tcPr>
            <w:tcW w:w="1758"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307114F9" w14:textId="77777777" w:rsidR="002C4016" w:rsidRPr="00DF0B46" w:rsidRDefault="00000000">
            <w:pPr>
              <w:jc w:val="center"/>
            </w:pPr>
            <w:r w:rsidRPr="00DF0B46">
              <w:rPr>
                <w:rFonts w:eastAsia="Goethe FF Clan"/>
                <w:b/>
                <w:color w:val="FFFFFF"/>
                <w:sz w:val="17"/>
              </w:rPr>
              <w:t>Face-to-face and online format</w:t>
            </w:r>
          </w:p>
        </w:tc>
        <w:tc>
          <w:tcPr>
            <w:tcW w:w="1758"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D3E6D8B" w14:textId="77777777" w:rsidR="002C4016" w:rsidRPr="00DF0B46" w:rsidRDefault="00000000">
            <w:pPr>
              <w:jc w:val="center"/>
            </w:pPr>
            <w:r w:rsidRPr="00DF0B46">
              <w:rPr>
                <w:rFonts w:eastAsia="Goethe FF Clan"/>
                <w:b/>
                <w:color w:val="FFFFFF"/>
                <w:sz w:val="17"/>
              </w:rPr>
              <w:t>Practice, reflection and follow-up</w:t>
            </w:r>
          </w:p>
        </w:tc>
        <w:tc>
          <w:tcPr>
            <w:tcW w:w="1265"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5EFD6C93" w14:textId="77777777" w:rsidR="002C4016" w:rsidRPr="00DF0B46" w:rsidRDefault="00000000">
            <w:pPr>
              <w:jc w:val="center"/>
            </w:pPr>
            <w:r w:rsidRPr="00DF0B46">
              <w:rPr>
                <w:rFonts w:eastAsia="Goethe FF Clan"/>
                <w:b/>
                <w:color w:val="FFFFFF"/>
                <w:sz w:val="17"/>
              </w:rPr>
              <w:t>Key outputs</w:t>
            </w:r>
          </w:p>
        </w:tc>
      </w:tr>
      <w:tr w:rsidR="002C4016" w:rsidRPr="00DF0B46" w14:paraId="62C55307" w14:textId="77777777" w:rsidTr="003F1B89">
        <w:trPr>
          <w:cantSplit/>
          <w:trHeight w:val="940"/>
        </w:trPr>
        <w:tc>
          <w:tcPr>
            <w:tcW w:w="81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639A10E" w14:textId="77777777" w:rsidR="002C4016" w:rsidRPr="00DF0B46" w:rsidRDefault="00000000">
            <w:r w:rsidRPr="00DF0B46">
              <w:rPr>
                <w:rFonts w:eastAsia="Verdana"/>
                <w:sz w:val="19"/>
              </w:rPr>
              <w:t>1</w:t>
            </w:r>
          </w:p>
        </w:tc>
        <w:tc>
          <w:tcPr>
            <w:tcW w:w="207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BE4850E" w14:textId="77777777" w:rsidR="002C4016" w:rsidRPr="00DF0B46" w:rsidRDefault="00000000">
            <w:r w:rsidRPr="00DF0B46">
              <w:rPr>
                <w:rFonts w:eastAsia="Verdana"/>
                <w:i/>
                <w:color w:val="666666"/>
                <w:sz w:val="18"/>
              </w:rPr>
              <w:t>[Focus/themes]</w:t>
            </w:r>
          </w:p>
        </w:tc>
        <w:tc>
          <w:tcPr>
            <w:tcW w:w="1407"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8D1444D" w14:textId="77777777" w:rsidR="002C4016" w:rsidRPr="00DF0B46" w:rsidRDefault="00000000">
            <w:r w:rsidRPr="00DF0B46">
              <w:rPr>
                <w:rFonts w:eastAsia="Verdana"/>
                <w:i/>
                <w:color w:val="666666"/>
                <w:sz w:val="18"/>
              </w:rPr>
              <w:t>[Profile/number]</w:t>
            </w:r>
          </w:p>
        </w:tc>
        <w:tc>
          <w:tcPr>
            <w:tcW w:w="175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F360C20" w14:textId="77777777" w:rsidR="002C4016" w:rsidRPr="00DF0B46" w:rsidRDefault="00000000">
            <w:r w:rsidRPr="00DF0B46">
              <w:rPr>
                <w:rFonts w:eastAsia="Verdana"/>
                <w:i/>
                <w:color w:val="666666"/>
                <w:sz w:val="18"/>
              </w:rPr>
              <w:t>[Format/duration]</w:t>
            </w:r>
          </w:p>
        </w:tc>
        <w:tc>
          <w:tcPr>
            <w:tcW w:w="175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7BEC69" w14:textId="77777777" w:rsidR="002C4016" w:rsidRPr="00DF0B46" w:rsidRDefault="00000000">
            <w:r w:rsidRPr="00DF0B46">
              <w:rPr>
                <w:rFonts w:eastAsia="Verdana"/>
                <w:i/>
                <w:color w:val="666666"/>
                <w:sz w:val="18"/>
              </w:rPr>
              <w:t>[Application process]</w:t>
            </w:r>
          </w:p>
        </w:tc>
        <w:tc>
          <w:tcPr>
            <w:tcW w:w="126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829483D" w14:textId="77777777" w:rsidR="002C4016" w:rsidRPr="00DF0B46" w:rsidRDefault="00000000">
            <w:r w:rsidRPr="00DF0B46">
              <w:rPr>
                <w:rFonts w:eastAsia="Verdana"/>
                <w:i/>
                <w:color w:val="666666"/>
                <w:sz w:val="18"/>
              </w:rPr>
              <w:t>[Outputs]</w:t>
            </w:r>
          </w:p>
        </w:tc>
      </w:tr>
      <w:tr w:rsidR="002C4016" w:rsidRPr="00DF0B46" w14:paraId="02A34232" w14:textId="77777777" w:rsidTr="003F1B89">
        <w:trPr>
          <w:cantSplit/>
          <w:trHeight w:val="940"/>
        </w:trPr>
        <w:tc>
          <w:tcPr>
            <w:tcW w:w="81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0F31F2" w14:textId="77777777" w:rsidR="002C4016" w:rsidRPr="00DF0B46" w:rsidRDefault="00000000">
            <w:r w:rsidRPr="00DF0B46">
              <w:rPr>
                <w:rFonts w:eastAsia="Verdana"/>
                <w:sz w:val="19"/>
              </w:rPr>
              <w:t>2</w:t>
            </w:r>
          </w:p>
        </w:tc>
        <w:tc>
          <w:tcPr>
            <w:tcW w:w="207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CFBFB2A" w14:textId="77777777" w:rsidR="002C4016" w:rsidRPr="00DF0B46" w:rsidRDefault="00000000">
            <w:r w:rsidRPr="00DF0B46">
              <w:rPr>
                <w:rFonts w:eastAsia="Verdana"/>
                <w:i/>
                <w:color w:val="666666"/>
                <w:sz w:val="18"/>
              </w:rPr>
              <w:t>[Focus/themes]</w:t>
            </w:r>
          </w:p>
        </w:tc>
        <w:tc>
          <w:tcPr>
            <w:tcW w:w="1407"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9DF4376" w14:textId="77777777" w:rsidR="002C4016" w:rsidRPr="00DF0B46" w:rsidRDefault="00000000">
            <w:r w:rsidRPr="00DF0B46">
              <w:rPr>
                <w:rFonts w:eastAsia="Verdana"/>
                <w:i/>
                <w:color w:val="666666"/>
                <w:sz w:val="18"/>
              </w:rPr>
              <w:t>[Profile/number]</w:t>
            </w:r>
          </w:p>
        </w:tc>
        <w:tc>
          <w:tcPr>
            <w:tcW w:w="175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52BF176" w14:textId="77777777" w:rsidR="002C4016" w:rsidRPr="00DF0B46" w:rsidRDefault="00000000">
            <w:r w:rsidRPr="00DF0B46">
              <w:rPr>
                <w:rFonts w:eastAsia="Verdana"/>
                <w:i/>
                <w:color w:val="666666"/>
                <w:sz w:val="18"/>
              </w:rPr>
              <w:t>[Format/duration]</w:t>
            </w:r>
          </w:p>
        </w:tc>
        <w:tc>
          <w:tcPr>
            <w:tcW w:w="175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1DB35C6" w14:textId="77777777" w:rsidR="002C4016" w:rsidRPr="00DF0B46" w:rsidRDefault="00000000">
            <w:r w:rsidRPr="00DF0B46">
              <w:rPr>
                <w:rFonts w:eastAsia="Verdana"/>
                <w:i/>
                <w:color w:val="666666"/>
                <w:sz w:val="18"/>
              </w:rPr>
              <w:t>[Application process]</w:t>
            </w:r>
          </w:p>
        </w:tc>
        <w:tc>
          <w:tcPr>
            <w:tcW w:w="126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1AADB13" w14:textId="77777777" w:rsidR="002C4016" w:rsidRPr="00DF0B46" w:rsidRDefault="00000000">
            <w:r w:rsidRPr="00DF0B46">
              <w:rPr>
                <w:rFonts w:eastAsia="Verdana"/>
                <w:i/>
                <w:color w:val="666666"/>
                <w:sz w:val="18"/>
              </w:rPr>
              <w:t>[Outputs]</w:t>
            </w:r>
          </w:p>
        </w:tc>
      </w:tr>
      <w:tr w:rsidR="002C4016" w:rsidRPr="00DF0B46" w14:paraId="74DE87CF" w14:textId="77777777" w:rsidTr="003F1B89">
        <w:trPr>
          <w:cantSplit/>
          <w:trHeight w:val="940"/>
        </w:trPr>
        <w:tc>
          <w:tcPr>
            <w:tcW w:w="81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C2F26EB" w14:textId="77777777" w:rsidR="002C4016" w:rsidRPr="00DF0B46" w:rsidRDefault="00000000">
            <w:r w:rsidRPr="00DF0B46">
              <w:rPr>
                <w:rFonts w:eastAsia="Verdana"/>
                <w:sz w:val="19"/>
              </w:rPr>
              <w:t>3</w:t>
            </w:r>
          </w:p>
        </w:tc>
        <w:tc>
          <w:tcPr>
            <w:tcW w:w="207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F4EC66" w14:textId="77777777" w:rsidR="002C4016" w:rsidRPr="00DF0B46" w:rsidRDefault="00000000">
            <w:r w:rsidRPr="00DF0B46">
              <w:rPr>
                <w:rFonts w:eastAsia="Verdana"/>
                <w:i/>
                <w:color w:val="666666"/>
                <w:sz w:val="18"/>
              </w:rPr>
              <w:t>[Focus/themes]</w:t>
            </w:r>
          </w:p>
        </w:tc>
        <w:tc>
          <w:tcPr>
            <w:tcW w:w="1407"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A1DEC89" w14:textId="77777777" w:rsidR="002C4016" w:rsidRPr="00DF0B46" w:rsidRDefault="00000000">
            <w:r w:rsidRPr="00DF0B46">
              <w:rPr>
                <w:rFonts w:eastAsia="Verdana"/>
                <w:i/>
                <w:color w:val="666666"/>
                <w:sz w:val="18"/>
              </w:rPr>
              <w:t>[Profile/number]</w:t>
            </w:r>
          </w:p>
        </w:tc>
        <w:tc>
          <w:tcPr>
            <w:tcW w:w="175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907F154" w14:textId="77777777" w:rsidR="002C4016" w:rsidRPr="00DF0B46" w:rsidRDefault="00000000">
            <w:r w:rsidRPr="00DF0B46">
              <w:rPr>
                <w:rFonts w:eastAsia="Verdana"/>
                <w:i/>
                <w:color w:val="666666"/>
                <w:sz w:val="18"/>
              </w:rPr>
              <w:t>[Format/duration]</w:t>
            </w:r>
          </w:p>
        </w:tc>
        <w:tc>
          <w:tcPr>
            <w:tcW w:w="175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0C1E7C7" w14:textId="77777777" w:rsidR="002C4016" w:rsidRPr="00DF0B46" w:rsidRDefault="00000000">
            <w:r w:rsidRPr="00DF0B46">
              <w:rPr>
                <w:rFonts w:eastAsia="Verdana"/>
                <w:i/>
                <w:color w:val="666666"/>
                <w:sz w:val="18"/>
              </w:rPr>
              <w:t>[Application process]</w:t>
            </w:r>
          </w:p>
        </w:tc>
        <w:tc>
          <w:tcPr>
            <w:tcW w:w="126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9E582F9" w14:textId="77777777" w:rsidR="002C4016" w:rsidRPr="00DF0B46" w:rsidRDefault="00000000">
            <w:r w:rsidRPr="00DF0B46">
              <w:rPr>
                <w:rFonts w:eastAsia="Verdana"/>
                <w:i/>
                <w:color w:val="666666"/>
                <w:sz w:val="18"/>
              </w:rPr>
              <w:t>[Outputs]</w:t>
            </w:r>
          </w:p>
        </w:tc>
      </w:tr>
    </w:tbl>
    <w:p w14:paraId="180D0C0F" w14:textId="77777777" w:rsidR="002C4016" w:rsidRPr="00DF0B46" w:rsidRDefault="002C4016">
      <w:pPr>
        <w:spacing w:after="100" w:line="168" w:lineRule="auto"/>
      </w:pPr>
    </w:p>
    <w:p w14:paraId="479458AA" w14:textId="77777777" w:rsidR="002C4016" w:rsidRPr="00DF0B46" w:rsidRDefault="00000000">
      <w:r w:rsidRPr="00DF0B46">
        <w:br w:type="page"/>
      </w:r>
    </w:p>
    <w:p w14:paraId="211A5AF6" w14:textId="77777777" w:rsidR="002C4016" w:rsidRPr="00DF0B46" w:rsidRDefault="00000000">
      <w:pPr>
        <w:pStyle w:val="Heading1"/>
        <w:rPr>
          <w:rFonts w:ascii="Goethe FF Clan" w:hAnsi="Goethe FF Clan"/>
        </w:rPr>
      </w:pPr>
      <w:bookmarkStart w:id="7" w:name="_Toc236816158"/>
      <w:r w:rsidRPr="00DF0B46">
        <w:rPr>
          <w:rFonts w:ascii="Goethe FF Clan" w:eastAsia="Goethe FF Clan" w:hAnsi="Goethe FF Clan"/>
        </w:rPr>
        <w:lastRenderedPageBreak/>
        <w:t>3. EFFECTIVENESS AND EXPECTED RESULTS</w:t>
      </w:r>
      <w:bookmarkEnd w:id="7"/>
    </w:p>
    <w:p w14:paraId="0B2043BF" w14:textId="77777777" w:rsidR="002C4016" w:rsidRPr="00DF0B46" w:rsidRDefault="00000000">
      <w:pPr>
        <w:keepNext/>
        <w:spacing w:after="140"/>
      </w:pPr>
      <w:r w:rsidRPr="00DF0B46">
        <w:rPr>
          <w:rFonts w:eastAsia="Goethe FF Clan"/>
          <w:i/>
          <w:color w:val="666666"/>
          <w:sz w:val="17"/>
        </w:rPr>
        <w:t>Award criterion 3 | Maximum score: 20 points | Page limit: maximum 4 pages, including the tables</w:t>
      </w:r>
    </w:p>
    <w:p w14:paraId="6FD3A896" w14:textId="77777777" w:rsidR="002C4016" w:rsidRPr="00DF0B46" w:rsidRDefault="00000000">
      <w:pPr>
        <w:keepNext/>
        <w:spacing w:after="80"/>
      </w:pPr>
      <w:r w:rsidRPr="00DF0B46">
        <w:rPr>
          <w:rFonts w:eastAsia="Goethe FF Clan"/>
          <w:i/>
          <w:color w:val="666666"/>
          <w:sz w:val="17"/>
        </w:rPr>
        <w:t xml:space="preserve">Describe the participant journey and the change expected for participants and participating </w:t>
      </w:r>
      <w:proofErr w:type="spellStart"/>
      <w:r w:rsidRPr="00DF0B46">
        <w:rPr>
          <w:rFonts w:eastAsia="Goethe FF Clan"/>
          <w:i/>
          <w:color w:val="666666"/>
          <w:sz w:val="17"/>
        </w:rPr>
        <w:t>organisations</w:t>
      </w:r>
      <w:proofErr w:type="spellEnd"/>
      <w:r w:rsidRPr="00DF0B46">
        <w:rPr>
          <w:rFonts w:eastAsia="Goethe FF Clan"/>
          <w:i/>
          <w:color w:val="666666"/>
          <w:sz w:val="17"/>
        </w:rPr>
        <w:t xml:space="preserve">. Explain how participants will be identified, selected, prepared and supported; how continuity and peer relationships will be maintained; how learning will be applied in professional practice and shared within </w:t>
      </w:r>
      <w:proofErr w:type="spellStart"/>
      <w:r w:rsidRPr="00DF0B46">
        <w:rPr>
          <w:rFonts w:eastAsia="Goethe FF Clan"/>
          <w:i/>
          <w:color w:val="666666"/>
          <w:sz w:val="17"/>
        </w:rPr>
        <w:t>organisations</w:t>
      </w:r>
      <w:proofErr w:type="spellEnd"/>
      <w:r w:rsidRPr="00DF0B46">
        <w:rPr>
          <w:rFonts w:eastAsia="Goethe FF Clan"/>
          <w:i/>
          <w:color w:val="666666"/>
          <w:sz w:val="17"/>
        </w:rPr>
        <w:t>; and how the proposed scale and geographic coverage are realistic.</w:t>
      </w:r>
    </w:p>
    <w:tbl>
      <w:tblPr>
        <w:tblW w:w="9072" w:type="dxa"/>
        <w:tblInd w:w="120" w:type="dxa"/>
        <w:tblLayout w:type="fixed"/>
        <w:tblLook w:val="04A0" w:firstRow="1" w:lastRow="0" w:firstColumn="1" w:lastColumn="0" w:noHBand="0" w:noVBand="1"/>
      </w:tblPr>
      <w:tblGrid>
        <w:gridCol w:w="9072"/>
      </w:tblGrid>
      <w:tr w:rsidR="002C4016" w:rsidRPr="00DF0B46" w14:paraId="21A30C54" w14:textId="77777777">
        <w:trPr>
          <w:cantSplit/>
          <w:trHeight w:val="30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25F77728" w14:textId="77777777" w:rsidR="002C4016" w:rsidRPr="00DF0B46" w:rsidRDefault="00000000">
            <w:r w:rsidRPr="00DF0B46">
              <w:rPr>
                <w:rFonts w:eastAsia="Verdana"/>
                <w:i/>
                <w:color w:val="666666"/>
              </w:rPr>
              <w:t>Click here and enter your response.</w:t>
            </w:r>
          </w:p>
        </w:tc>
      </w:tr>
    </w:tbl>
    <w:p w14:paraId="071CC158" w14:textId="77777777" w:rsidR="002C4016" w:rsidRPr="00DF0B46" w:rsidRDefault="002C4016">
      <w:pPr>
        <w:spacing w:after="80" w:line="168" w:lineRule="auto"/>
      </w:pPr>
    </w:p>
    <w:p w14:paraId="753203BD" w14:textId="77777777" w:rsidR="002C4016" w:rsidRPr="00DF0B46" w:rsidRDefault="00000000">
      <w:pPr>
        <w:pStyle w:val="Heading2"/>
        <w:rPr>
          <w:rFonts w:ascii="Goethe FF Clan" w:hAnsi="Goethe FF Clan"/>
        </w:rPr>
      </w:pPr>
      <w:bookmarkStart w:id="8" w:name="_Toc236816159"/>
      <w:r w:rsidRPr="00DF0B46">
        <w:rPr>
          <w:rFonts w:ascii="Goethe FF Clan" w:eastAsia="Goethe FF Clan" w:hAnsi="Goethe FF Clan"/>
        </w:rPr>
        <w:t>Participants and reach</w:t>
      </w:r>
      <w:bookmarkEnd w:id="8"/>
    </w:p>
    <w:tbl>
      <w:tblPr>
        <w:tblW w:w="9020" w:type="dxa"/>
        <w:tblInd w:w="120" w:type="dxa"/>
        <w:tblLayout w:type="fixed"/>
        <w:tblLook w:val="04A0" w:firstRow="1" w:lastRow="0" w:firstColumn="1" w:lastColumn="0" w:noHBand="0" w:noVBand="1"/>
      </w:tblPr>
      <w:tblGrid>
        <w:gridCol w:w="2096"/>
        <w:gridCol w:w="1640"/>
        <w:gridCol w:w="2552"/>
        <w:gridCol w:w="2732"/>
      </w:tblGrid>
      <w:tr w:rsidR="00C460E1" w:rsidRPr="00DF0B46" w14:paraId="062148C9" w14:textId="77777777" w:rsidTr="00D85047">
        <w:trPr>
          <w:cantSplit/>
          <w:trHeight w:val="872"/>
          <w:tblHeader/>
        </w:trPr>
        <w:tc>
          <w:tcPr>
            <w:tcW w:w="2096"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AC66166" w14:textId="77777777" w:rsidR="00C460E1" w:rsidRPr="00DF0B46" w:rsidRDefault="00C460E1">
            <w:r w:rsidRPr="00DF0B46">
              <w:rPr>
                <w:rFonts w:eastAsia="Goethe FF Clan"/>
                <w:b/>
                <w:color w:val="FFFFFF"/>
                <w:sz w:val="17"/>
              </w:rPr>
              <w:t>Participant group</w:t>
            </w:r>
          </w:p>
        </w:tc>
        <w:tc>
          <w:tcPr>
            <w:tcW w:w="1640"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79343B8" w14:textId="7EC44E7D" w:rsidR="00C460E1" w:rsidRPr="00DF0B46" w:rsidRDefault="00E32602">
            <w:pPr>
              <w:jc w:val="center"/>
            </w:pPr>
            <w:r w:rsidRPr="00DF0B46">
              <w:rPr>
                <w:rFonts w:eastAsia="Goethe FF Clan"/>
                <w:b/>
                <w:color w:val="FFFFFF"/>
                <w:sz w:val="17"/>
              </w:rPr>
              <w:t>Estimated unique</w:t>
            </w:r>
            <w:r w:rsidR="00CF6536" w:rsidRPr="00DF0B46">
              <w:rPr>
                <w:rFonts w:eastAsia="Goethe FF Clan"/>
                <w:b/>
                <w:color w:val="FFFFFF"/>
                <w:sz w:val="17"/>
              </w:rPr>
              <w:t xml:space="preserve"> participants </w:t>
            </w:r>
          </w:p>
        </w:tc>
        <w:tc>
          <w:tcPr>
            <w:tcW w:w="255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3C661C9" w14:textId="77777777" w:rsidR="00C460E1" w:rsidRPr="00DF0B46" w:rsidRDefault="00C460E1">
            <w:pPr>
              <w:jc w:val="center"/>
            </w:pPr>
            <w:r w:rsidRPr="00DF0B46">
              <w:rPr>
                <w:rFonts w:eastAsia="Goethe FF Clan"/>
                <w:b/>
                <w:color w:val="FFFFFF"/>
                <w:sz w:val="17"/>
              </w:rPr>
              <w:t>Roles and main needs</w:t>
            </w:r>
          </w:p>
        </w:tc>
        <w:tc>
          <w:tcPr>
            <w:tcW w:w="273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CA236E8" w14:textId="77777777" w:rsidR="00C460E1" w:rsidRPr="00DF0B46" w:rsidRDefault="00C460E1">
            <w:pPr>
              <w:jc w:val="center"/>
            </w:pPr>
            <w:r w:rsidRPr="00DF0B46">
              <w:rPr>
                <w:rFonts w:eastAsia="Goethe FF Clan"/>
                <w:b/>
                <w:color w:val="FFFFFF"/>
                <w:sz w:val="17"/>
              </w:rPr>
              <w:t xml:space="preserve">Expected benefit and </w:t>
            </w:r>
            <w:proofErr w:type="spellStart"/>
            <w:r w:rsidRPr="00DF0B46">
              <w:rPr>
                <w:rFonts w:eastAsia="Goethe FF Clan"/>
                <w:b/>
                <w:color w:val="FFFFFF"/>
                <w:sz w:val="17"/>
              </w:rPr>
              <w:t>organisational</w:t>
            </w:r>
            <w:proofErr w:type="spellEnd"/>
            <w:r w:rsidRPr="00DF0B46">
              <w:rPr>
                <w:rFonts w:eastAsia="Goethe FF Clan"/>
                <w:b/>
                <w:color w:val="FFFFFF"/>
                <w:sz w:val="17"/>
              </w:rPr>
              <w:t xml:space="preserve"> transfer</w:t>
            </w:r>
          </w:p>
        </w:tc>
      </w:tr>
      <w:tr w:rsidR="00C460E1" w:rsidRPr="00DF0B46" w14:paraId="64FF5B44" w14:textId="77777777" w:rsidTr="00C460E1">
        <w:trPr>
          <w:cantSplit/>
          <w:trHeight w:val="872"/>
        </w:trPr>
        <w:tc>
          <w:tcPr>
            <w:tcW w:w="209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5F20D14" w14:textId="77777777" w:rsidR="00C460E1" w:rsidRPr="00DF0B46" w:rsidRDefault="00C460E1">
            <w:r w:rsidRPr="00DF0B46">
              <w:rPr>
                <w:rFonts w:eastAsia="Verdana"/>
                <w:sz w:val="19"/>
              </w:rPr>
              <w:t>Living Lab professionals</w:t>
            </w:r>
          </w:p>
        </w:tc>
        <w:tc>
          <w:tcPr>
            <w:tcW w:w="164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1EC8BBC" w14:textId="77777777" w:rsidR="00C460E1" w:rsidRPr="00DF0B46" w:rsidRDefault="00C460E1">
            <w:r w:rsidRPr="00DF0B46">
              <w:rPr>
                <w:rFonts w:eastAsia="Verdana"/>
                <w:i/>
                <w:color w:val="666666"/>
                <w:sz w:val="18"/>
              </w:rPr>
              <w:t>[Number]</w:t>
            </w:r>
          </w:p>
        </w:tc>
        <w:tc>
          <w:tcPr>
            <w:tcW w:w="255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C350A71" w14:textId="77777777" w:rsidR="00C460E1" w:rsidRPr="00DF0B46" w:rsidRDefault="00C460E1">
            <w:r w:rsidRPr="00DF0B46">
              <w:rPr>
                <w:rFonts w:eastAsia="Verdana"/>
                <w:i/>
                <w:color w:val="666666"/>
                <w:sz w:val="18"/>
              </w:rPr>
              <w:t>[Profiles/needs]</w:t>
            </w:r>
          </w:p>
        </w:tc>
        <w:tc>
          <w:tcPr>
            <w:tcW w:w="273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9DE6CC3" w14:textId="77777777" w:rsidR="00C460E1" w:rsidRPr="00DF0B46" w:rsidRDefault="00C460E1">
            <w:r w:rsidRPr="00DF0B46">
              <w:rPr>
                <w:rFonts w:eastAsia="Verdana"/>
                <w:i/>
                <w:color w:val="666666"/>
                <w:sz w:val="18"/>
              </w:rPr>
              <w:t>[Benefit/transfer]</w:t>
            </w:r>
          </w:p>
        </w:tc>
      </w:tr>
      <w:tr w:rsidR="00C460E1" w:rsidRPr="00DF0B46" w14:paraId="0F197419" w14:textId="77777777" w:rsidTr="00C460E1">
        <w:trPr>
          <w:cantSplit/>
          <w:trHeight w:val="872"/>
        </w:trPr>
        <w:tc>
          <w:tcPr>
            <w:tcW w:w="209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35D253B" w14:textId="77777777" w:rsidR="00C460E1" w:rsidRPr="00DF0B46" w:rsidRDefault="00C460E1">
            <w:r w:rsidRPr="00DF0B46">
              <w:rPr>
                <w:rFonts w:eastAsia="Verdana"/>
                <w:sz w:val="19"/>
              </w:rPr>
              <w:t xml:space="preserve">Intermediary </w:t>
            </w:r>
            <w:proofErr w:type="spellStart"/>
            <w:r w:rsidRPr="00DF0B46">
              <w:rPr>
                <w:rFonts w:eastAsia="Verdana"/>
                <w:sz w:val="19"/>
              </w:rPr>
              <w:t>Organisation</w:t>
            </w:r>
            <w:proofErr w:type="spellEnd"/>
            <w:r w:rsidRPr="00DF0B46">
              <w:rPr>
                <w:rFonts w:eastAsia="Verdana"/>
                <w:sz w:val="19"/>
              </w:rPr>
              <w:t xml:space="preserve"> professionals</w:t>
            </w:r>
          </w:p>
        </w:tc>
        <w:tc>
          <w:tcPr>
            <w:tcW w:w="164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76A26FF" w14:textId="77777777" w:rsidR="00C460E1" w:rsidRPr="00DF0B46" w:rsidRDefault="00C460E1">
            <w:r w:rsidRPr="00DF0B46">
              <w:rPr>
                <w:rFonts w:eastAsia="Verdana"/>
                <w:i/>
                <w:color w:val="666666"/>
                <w:sz w:val="18"/>
              </w:rPr>
              <w:t>[Number]</w:t>
            </w:r>
          </w:p>
        </w:tc>
        <w:tc>
          <w:tcPr>
            <w:tcW w:w="255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70532F3" w14:textId="77777777" w:rsidR="00C460E1" w:rsidRPr="00DF0B46" w:rsidRDefault="00C460E1">
            <w:r w:rsidRPr="00DF0B46">
              <w:rPr>
                <w:rFonts w:eastAsia="Verdana"/>
                <w:i/>
                <w:color w:val="666666"/>
                <w:sz w:val="18"/>
              </w:rPr>
              <w:t>[Profiles/needs]</w:t>
            </w:r>
          </w:p>
        </w:tc>
        <w:tc>
          <w:tcPr>
            <w:tcW w:w="273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D8053BF" w14:textId="77777777" w:rsidR="00C460E1" w:rsidRPr="00DF0B46" w:rsidRDefault="00C460E1">
            <w:r w:rsidRPr="00DF0B46">
              <w:rPr>
                <w:rFonts w:eastAsia="Verdana"/>
                <w:i/>
                <w:color w:val="666666"/>
                <w:sz w:val="18"/>
              </w:rPr>
              <w:t>[Benefit/transfer]</w:t>
            </w:r>
          </w:p>
        </w:tc>
      </w:tr>
      <w:tr w:rsidR="00C460E1" w:rsidRPr="00DF0B46" w14:paraId="3EE6B2EF" w14:textId="77777777" w:rsidTr="00C460E1">
        <w:trPr>
          <w:cantSplit/>
          <w:trHeight w:val="872"/>
        </w:trPr>
        <w:tc>
          <w:tcPr>
            <w:tcW w:w="209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E878EEA" w14:textId="77777777" w:rsidR="00C460E1" w:rsidRPr="00DF0B46" w:rsidRDefault="00C460E1">
            <w:r w:rsidRPr="00DF0B46">
              <w:rPr>
                <w:rFonts w:eastAsia="Verdana"/>
                <w:sz w:val="19"/>
              </w:rPr>
              <w:t>Other participants, only if justified</w:t>
            </w:r>
          </w:p>
        </w:tc>
        <w:tc>
          <w:tcPr>
            <w:tcW w:w="164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1828AD1" w14:textId="77777777" w:rsidR="00C460E1" w:rsidRPr="00DF0B46" w:rsidRDefault="00C460E1">
            <w:r w:rsidRPr="00DF0B46">
              <w:rPr>
                <w:rFonts w:eastAsia="Verdana"/>
                <w:i/>
                <w:color w:val="666666"/>
                <w:sz w:val="18"/>
              </w:rPr>
              <w:t>[Number]</w:t>
            </w:r>
          </w:p>
        </w:tc>
        <w:tc>
          <w:tcPr>
            <w:tcW w:w="255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7E7EFB7" w14:textId="77777777" w:rsidR="00C460E1" w:rsidRPr="00DF0B46" w:rsidRDefault="00C460E1">
            <w:r w:rsidRPr="00DF0B46">
              <w:rPr>
                <w:rFonts w:eastAsia="Verdana"/>
                <w:i/>
                <w:color w:val="666666"/>
                <w:sz w:val="18"/>
              </w:rPr>
              <w:t>[Profiles/needs]</w:t>
            </w:r>
          </w:p>
        </w:tc>
        <w:tc>
          <w:tcPr>
            <w:tcW w:w="273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7E3F2CF" w14:textId="77777777" w:rsidR="00C460E1" w:rsidRPr="00DF0B46" w:rsidRDefault="00C460E1">
            <w:r w:rsidRPr="00DF0B46">
              <w:rPr>
                <w:rFonts w:eastAsia="Verdana"/>
                <w:i/>
                <w:color w:val="666666"/>
                <w:sz w:val="18"/>
              </w:rPr>
              <w:t>[Benefit/transfer]</w:t>
            </w:r>
          </w:p>
        </w:tc>
      </w:tr>
    </w:tbl>
    <w:p w14:paraId="336B5C75" w14:textId="77777777" w:rsidR="002C4016" w:rsidRPr="00DF0B46" w:rsidRDefault="002C4016">
      <w:pPr>
        <w:spacing w:after="100" w:line="168" w:lineRule="auto"/>
      </w:pPr>
    </w:p>
    <w:p w14:paraId="38C6C1FB" w14:textId="77777777" w:rsidR="002C4016" w:rsidRPr="00DF0B46" w:rsidRDefault="00000000">
      <w:pPr>
        <w:pStyle w:val="Heading2"/>
        <w:rPr>
          <w:rFonts w:ascii="Goethe FF Clan" w:hAnsi="Goethe FF Clan"/>
        </w:rPr>
      </w:pPr>
      <w:bookmarkStart w:id="9" w:name="_Toc236816160"/>
      <w:r w:rsidRPr="00DF0B46">
        <w:rPr>
          <w:rFonts w:ascii="Goethe FF Clan" w:eastAsia="Goethe FF Clan" w:hAnsi="Goethe FF Clan"/>
        </w:rPr>
        <w:t>Key results and measurement</w:t>
      </w:r>
      <w:bookmarkEnd w:id="9"/>
    </w:p>
    <w:p w14:paraId="3C0C8CFB" w14:textId="77777777" w:rsidR="002C4016" w:rsidRPr="00DF0B46" w:rsidRDefault="00000000">
      <w:pPr>
        <w:keepNext/>
        <w:spacing w:after="80"/>
      </w:pPr>
      <w:proofErr w:type="spellStart"/>
      <w:r w:rsidRPr="00DF0B46">
        <w:rPr>
          <w:rFonts w:eastAsia="Goethe FF Clan"/>
          <w:i/>
          <w:color w:val="666666"/>
          <w:sz w:val="17"/>
        </w:rPr>
        <w:t>Summarise</w:t>
      </w:r>
      <w:proofErr w:type="spellEnd"/>
      <w:r w:rsidRPr="00DF0B46">
        <w:rPr>
          <w:rFonts w:eastAsia="Goethe FF Clan"/>
          <w:i/>
          <w:color w:val="666666"/>
          <w:sz w:val="17"/>
        </w:rPr>
        <w:t xml:space="preserve"> up to five priority results. Ensure consistency with the detailed Logical Framework Matrix (Annex III).</w:t>
      </w:r>
    </w:p>
    <w:tbl>
      <w:tblPr>
        <w:tblW w:w="9072" w:type="dxa"/>
        <w:tblInd w:w="120" w:type="dxa"/>
        <w:tblLayout w:type="fixed"/>
        <w:tblLook w:val="04A0" w:firstRow="1" w:lastRow="0" w:firstColumn="1" w:lastColumn="0" w:noHBand="0" w:noVBand="1"/>
      </w:tblPr>
      <w:tblGrid>
        <w:gridCol w:w="2344"/>
        <w:gridCol w:w="2268"/>
        <w:gridCol w:w="1134"/>
        <w:gridCol w:w="1134"/>
        <w:gridCol w:w="2192"/>
      </w:tblGrid>
      <w:tr w:rsidR="002C4016" w:rsidRPr="00DF0B46" w14:paraId="3ED1CE50" w14:textId="77777777" w:rsidTr="00D85047">
        <w:trPr>
          <w:cantSplit/>
          <w:trHeight w:val="600"/>
          <w:tblHeader/>
        </w:trPr>
        <w:tc>
          <w:tcPr>
            <w:tcW w:w="234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8894802" w14:textId="77777777" w:rsidR="002C4016" w:rsidRPr="00DF0B46" w:rsidRDefault="00000000">
            <w:r w:rsidRPr="00DF0B46">
              <w:rPr>
                <w:rFonts w:eastAsia="Goethe FF Clan"/>
                <w:b/>
                <w:color w:val="FFFFFF"/>
                <w:sz w:val="17"/>
              </w:rPr>
              <w:t>Expected result</w:t>
            </w:r>
          </w:p>
        </w:tc>
        <w:tc>
          <w:tcPr>
            <w:tcW w:w="2268"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559C51DD" w14:textId="77777777" w:rsidR="002C4016" w:rsidRPr="00DF0B46" w:rsidRDefault="00000000">
            <w:pPr>
              <w:jc w:val="center"/>
            </w:pPr>
            <w:r w:rsidRPr="00DF0B46">
              <w:rPr>
                <w:rFonts w:eastAsia="Goethe FF Clan"/>
                <w:b/>
                <w:color w:val="FFFFFF"/>
                <w:sz w:val="17"/>
              </w:rPr>
              <w:t>Indicator</w:t>
            </w:r>
          </w:p>
        </w:tc>
        <w:tc>
          <w:tcPr>
            <w:tcW w:w="113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8FD5CA8" w14:textId="77777777" w:rsidR="002C4016" w:rsidRPr="00DF0B46" w:rsidRDefault="00000000">
            <w:pPr>
              <w:jc w:val="center"/>
            </w:pPr>
            <w:r w:rsidRPr="00DF0B46">
              <w:rPr>
                <w:rFonts w:eastAsia="Goethe FF Clan"/>
                <w:b/>
                <w:color w:val="FFFFFF"/>
                <w:sz w:val="17"/>
              </w:rPr>
              <w:t>Baseline</w:t>
            </w:r>
          </w:p>
        </w:tc>
        <w:tc>
          <w:tcPr>
            <w:tcW w:w="113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5AD87CE9" w14:textId="77777777" w:rsidR="002C4016" w:rsidRPr="00DF0B46" w:rsidRDefault="00000000">
            <w:pPr>
              <w:jc w:val="center"/>
            </w:pPr>
            <w:r w:rsidRPr="00DF0B46">
              <w:rPr>
                <w:rFonts w:eastAsia="Goethe FF Clan"/>
                <w:b/>
                <w:color w:val="FFFFFF"/>
                <w:sz w:val="17"/>
              </w:rPr>
              <w:t>Target</w:t>
            </w:r>
          </w:p>
        </w:tc>
        <w:tc>
          <w:tcPr>
            <w:tcW w:w="219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3E3CD55B" w14:textId="77777777" w:rsidR="002C4016" w:rsidRPr="00DF0B46" w:rsidRDefault="00000000">
            <w:pPr>
              <w:jc w:val="center"/>
            </w:pPr>
            <w:r w:rsidRPr="00DF0B46">
              <w:rPr>
                <w:rFonts w:eastAsia="Goethe FF Clan"/>
                <w:b/>
                <w:color w:val="FFFFFF"/>
                <w:sz w:val="17"/>
              </w:rPr>
              <w:t>Verification method</w:t>
            </w:r>
          </w:p>
        </w:tc>
      </w:tr>
      <w:tr w:rsidR="002C4016" w:rsidRPr="00DF0B46" w14:paraId="623E7394" w14:textId="77777777">
        <w:trPr>
          <w:cantSplit/>
          <w:trHeight w:val="600"/>
        </w:trPr>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1E4AD21" w14:textId="77777777" w:rsidR="002C4016" w:rsidRPr="00DF0B46" w:rsidRDefault="00000000">
            <w:r w:rsidRPr="00DF0B46">
              <w:rPr>
                <w:rFonts w:eastAsia="Verdana"/>
                <w:i/>
                <w:color w:val="666666"/>
                <w:sz w:val="18"/>
              </w:rPr>
              <w:t>[Result 1]</w:t>
            </w:r>
          </w:p>
        </w:tc>
        <w:tc>
          <w:tcPr>
            <w:tcW w:w="226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CD28B35" w14:textId="77777777" w:rsidR="002C4016" w:rsidRPr="00DF0B46" w:rsidRDefault="00000000">
            <w:r w:rsidRPr="00DF0B46">
              <w:rPr>
                <w:rFonts w:eastAsia="Verdana"/>
                <w:i/>
                <w:color w:val="666666"/>
                <w:sz w:val="18"/>
              </w:rPr>
              <w:t>[Indicator]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43316EC" w14:textId="77777777" w:rsidR="002C4016" w:rsidRPr="00DF0B46" w:rsidRDefault="00000000">
            <w:r w:rsidRPr="00DF0B46">
              <w:rPr>
                <w:rFonts w:eastAsia="Verdana"/>
                <w:i/>
                <w:color w:val="666666"/>
                <w:sz w:val="18"/>
              </w:rPr>
              <w:t>[Baseline]</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70304B9" w14:textId="77777777" w:rsidR="002C4016" w:rsidRPr="00DF0B46" w:rsidRDefault="00000000">
            <w:r w:rsidRPr="00DF0B46">
              <w:rPr>
                <w:rFonts w:eastAsia="Verdana"/>
                <w:i/>
                <w:color w:val="666666"/>
                <w:sz w:val="18"/>
              </w:rPr>
              <w:t>[Target]</w:t>
            </w:r>
          </w:p>
        </w:tc>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9D8EE66" w14:textId="77777777" w:rsidR="002C4016" w:rsidRPr="00DF0B46" w:rsidRDefault="00000000">
            <w:r w:rsidRPr="00DF0B46">
              <w:rPr>
                <w:rFonts w:eastAsia="Verdana"/>
                <w:i/>
                <w:color w:val="666666"/>
                <w:sz w:val="18"/>
              </w:rPr>
              <w:t>[Method/source]</w:t>
            </w:r>
          </w:p>
        </w:tc>
      </w:tr>
      <w:tr w:rsidR="002C4016" w:rsidRPr="00DF0B46" w14:paraId="1CC81990" w14:textId="77777777">
        <w:trPr>
          <w:cantSplit/>
          <w:trHeight w:val="600"/>
        </w:trPr>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0E4DB45" w14:textId="77777777" w:rsidR="002C4016" w:rsidRPr="00DF0B46" w:rsidRDefault="00000000">
            <w:r w:rsidRPr="00DF0B46">
              <w:rPr>
                <w:rFonts w:eastAsia="Verdana"/>
                <w:i/>
                <w:color w:val="666666"/>
                <w:sz w:val="18"/>
              </w:rPr>
              <w:t>[Result 2]</w:t>
            </w:r>
          </w:p>
        </w:tc>
        <w:tc>
          <w:tcPr>
            <w:tcW w:w="226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6BCAC20" w14:textId="77777777" w:rsidR="002C4016" w:rsidRPr="00DF0B46" w:rsidRDefault="00000000">
            <w:r w:rsidRPr="00DF0B46">
              <w:rPr>
                <w:rFonts w:eastAsia="Verdana"/>
                <w:i/>
                <w:color w:val="666666"/>
                <w:sz w:val="18"/>
              </w:rPr>
              <w:t>[Indicator]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F241B17" w14:textId="77777777" w:rsidR="002C4016" w:rsidRPr="00DF0B46" w:rsidRDefault="00000000">
            <w:r w:rsidRPr="00DF0B46">
              <w:rPr>
                <w:rFonts w:eastAsia="Verdana"/>
                <w:i/>
                <w:color w:val="666666"/>
                <w:sz w:val="18"/>
              </w:rPr>
              <w:t>[Baseline]</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7304EE6" w14:textId="77777777" w:rsidR="002C4016" w:rsidRPr="00DF0B46" w:rsidRDefault="00000000">
            <w:r w:rsidRPr="00DF0B46">
              <w:rPr>
                <w:rFonts w:eastAsia="Verdana"/>
                <w:i/>
                <w:color w:val="666666"/>
                <w:sz w:val="18"/>
              </w:rPr>
              <w:t>[Target]</w:t>
            </w:r>
          </w:p>
        </w:tc>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34F85AE" w14:textId="77777777" w:rsidR="002C4016" w:rsidRPr="00DF0B46" w:rsidRDefault="00000000">
            <w:r w:rsidRPr="00DF0B46">
              <w:rPr>
                <w:rFonts w:eastAsia="Verdana"/>
                <w:i/>
                <w:color w:val="666666"/>
                <w:sz w:val="18"/>
              </w:rPr>
              <w:t>[Method/source]</w:t>
            </w:r>
          </w:p>
        </w:tc>
      </w:tr>
      <w:tr w:rsidR="002C4016" w:rsidRPr="00DF0B46" w14:paraId="14F56294" w14:textId="77777777">
        <w:trPr>
          <w:cantSplit/>
          <w:trHeight w:val="600"/>
        </w:trPr>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3896961" w14:textId="77777777" w:rsidR="002C4016" w:rsidRPr="00DF0B46" w:rsidRDefault="00000000">
            <w:r w:rsidRPr="00DF0B46">
              <w:rPr>
                <w:rFonts w:eastAsia="Verdana"/>
                <w:i/>
                <w:color w:val="666666"/>
                <w:sz w:val="18"/>
              </w:rPr>
              <w:t>[Result 3]</w:t>
            </w:r>
          </w:p>
        </w:tc>
        <w:tc>
          <w:tcPr>
            <w:tcW w:w="226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99C8456" w14:textId="77777777" w:rsidR="002C4016" w:rsidRPr="00DF0B46" w:rsidRDefault="00000000">
            <w:r w:rsidRPr="00DF0B46">
              <w:rPr>
                <w:rFonts w:eastAsia="Verdana"/>
                <w:i/>
                <w:color w:val="666666"/>
                <w:sz w:val="18"/>
              </w:rPr>
              <w:t>[Indicator]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48D7F67" w14:textId="77777777" w:rsidR="002C4016" w:rsidRPr="00DF0B46" w:rsidRDefault="00000000">
            <w:r w:rsidRPr="00DF0B46">
              <w:rPr>
                <w:rFonts w:eastAsia="Verdana"/>
                <w:i/>
                <w:color w:val="666666"/>
                <w:sz w:val="18"/>
              </w:rPr>
              <w:t>[Baseline]</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35D7A0B" w14:textId="77777777" w:rsidR="002C4016" w:rsidRPr="00DF0B46" w:rsidRDefault="00000000">
            <w:r w:rsidRPr="00DF0B46">
              <w:rPr>
                <w:rFonts w:eastAsia="Verdana"/>
                <w:i/>
                <w:color w:val="666666"/>
                <w:sz w:val="18"/>
              </w:rPr>
              <w:t>[Target]</w:t>
            </w:r>
          </w:p>
        </w:tc>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41FD9DA" w14:textId="77777777" w:rsidR="002C4016" w:rsidRPr="00DF0B46" w:rsidRDefault="00000000">
            <w:r w:rsidRPr="00DF0B46">
              <w:rPr>
                <w:rFonts w:eastAsia="Verdana"/>
                <w:i/>
                <w:color w:val="666666"/>
                <w:sz w:val="18"/>
              </w:rPr>
              <w:t>[Method/source]</w:t>
            </w:r>
          </w:p>
        </w:tc>
      </w:tr>
      <w:tr w:rsidR="002C4016" w:rsidRPr="00DF0B46" w14:paraId="52DAB4BB" w14:textId="77777777">
        <w:trPr>
          <w:cantSplit/>
          <w:trHeight w:val="600"/>
        </w:trPr>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4D38E33" w14:textId="77777777" w:rsidR="002C4016" w:rsidRPr="00DF0B46" w:rsidRDefault="00000000">
            <w:r w:rsidRPr="00DF0B46">
              <w:rPr>
                <w:rFonts w:eastAsia="Verdana"/>
                <w:i/>
                <w:color w:val="666666"/>
                <w:sz w:val="18"/>
              </w:rPr>
              <w:lastRenderedPageBreak/>
              <w:t>[Result 4]</w:t>
            </w:r>
          </w:p>
        </w:tc>
        <w:tc>
          <w:tcPr>
            <w:tcW w:w="226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3030A79" w14:textId="77777777" w:rsidR="002C4016" w:rsidRPr="00DF0B46" w:rsidRDefault="00000000">
            <w:r w:rsidRPr="00DF0B46">
              <w:rPr>
                <w:rFonts w:eastAsia="Verdana"/>
                <w:i/>
                <w:color w:val="666666"/>
                <w:sz w:val="18"/>
              </w:rPr>
              <w:t>[Indicator]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6B5BCE5" w14:textId="77777777" w:rsidR="002C4016" w:rsidRPr="00DF0B46" w:rsidRDefault="00000000">
            <w:r w:rsidRPr="00DF0B46">
              <w:rPr>
                <w:rFonts w:eastAsia="Verdana"/>
                <w:i/>
                <w:color w:val="666666"/>
                <w:sz w:val="18"/>
              </w:rPr>
              <w:t>[Baseline]</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51C571D" w14:textId="77777777" w:rsidR="002C4016" w:rsidRPr="00DF0B46" w:rsidRDefault="00000000">
            <w:r w:rsidRPr="00DF0B46">
              <w:rPr>
                <w:rFonts w:eastAsia="Verdana"/>
                <w:i/>
                <w:color w:val="666666"/>
                <w:sz w:val="18"/>
              </w:rPr>
              <w:t>[Target]</w:t>
            </w:r>
          </w:p>
        </w:tc>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B46B6AC" w14:textId="77777777" w:rsidR="002C4016" w:rsidRPr="00DF0B46" w:rsidRDefault="00000000">
            <w:r w:rsidRPr="00DF0B46">
              <w:rPr>
                <w:rFonts w:eastAsia="Verdana"/>
                <w:i/>
                <w:color w:val="666666"/>
                <w:sz w:val="18"/>
              </w:rPr>
              <w:t>[Method/source]</w:t>
            </w:r>
          </w:p>
        </w:tc>
      </w:tr>
      <w:tr w:rsidR="002C4016" w:rsidRPr="00DF0B46" w14:paraId="7894DA73" w14:textId="77777777">
        <w:trPr>
          <w:cantSplit/>
          <w:trHeight w:val="600"/>
        </w:trPr>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B545861" w14:textId="77777777" w:rsidR="002C4016" w:rsidRPr="00DF0B46" w:rsidRDefault="00000000">
            <w:r w:rsidRPr="00DF0B46">
              <w:rPr>
                <w:rFonts w:eastAsia="Verdana"/>
                <w:i/>
                <w:color w:val="666666"/>
                <w:sz w:val="18"/>
              </w:rPr>
              <w:t>[Result 5]</w:t>
            </w:r>
          </w:p>
        </w:tc>
        <w:tc>
          <w:tcPr>
            <w:tcW w:w="2268"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DCF5109" w14:textId="77777777" w:rsidR="002C4016" w:rsidRPr="00DF0B46" w:rsidRDefault="00000000">
            <w:r w:rsidRPr="00DF0B46">
              <w:rPr>
                <w:rFonts w:eastAsia="Verdana"/>
                <w:i/>
                <w:color w:val="666666"/>
                <w:sz w:val="18"/>
              </w:rPr>
              <w:t>[Indicator]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564B144" w14:textId="77777777" w:rsidR="002C4016" w:rsidRPr="00DF0B46" w:rsidRDefault="00000000">
            <w:r w:rsidRPr="00DF0B46">
              <w:rPr>
                <w:rFonts w:eastAsia="Verdana"/>
                <w:i/>
                <w:color w:val="666666"/>
                <w:sz w:val="18"/>
              </w:rPr>
              <w:t>[Baseline]</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2F1663B" w14:textId="77777777" w:rsidR="002C4016" w:rsidRPr="00DF0B46" w:rsidRDefault="00000000">
            <w:r w:rsidRPr="00DF0B46">
              <w:rPr>
                <w:rFonts w:eastAsia="Verdana"/>
                <w:i/>
                <w:color w:val="666666"/>
                <w:sz w:val="18"/>
              </w:rPr>
              <w:t>[Target]</w:t>
            </w:r>
          </w:p>
        </w:tc>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1EBA7E4" w14:textId="77777777" w:rsidR="002C4016" w:rsidRPr="00DF0B46" w:rsidRDefault="00000000">
            <w:r w:rsidRPr="00DF0B46">
              <w:rPr>
                <w:rFonts w:eastAsia="Verdana"/>
                <w:i/>
                <w:color w:val="666666"/>
                <w:sz w:val="18"/>
              </w:rPr>
              <w:t>[Method/source]</w:t>
            </w:r>
          </w:p>
        </w:tc>
      </w:tr>
    </w:tbl>
    <w:p w14:paraId="018D5B1A" w14:textId="77777777" w:rsidR="002C4016" w:rsidRPr="00DF0B46" w:rsidRDefault="002C4016">
      <w:pPr>
        <w:spacing w:after="100" w:line="168" w:lineRule="auto"/>
      </w:pPr>
    </w:p>
    <w:p w14:paraId="26ECA886" w14:textId="77777777" w:rsidR="002C4016" w:rsidRPr="00DF0B46" w:rsidRDefault="00000000">
      <w:pPr>
        <w:keepNext/>
        <w:spacing w:after="80"/>
      </w:pPr>
      <w:r w:rsidRPr="00DF0B46">
        <w:rPr>
          <w:rFonts w:eastAsia="Goethe FF Clan"/>
          <w:i/>
          <w:color w:val="666666"/>
          <w:sz w:val="17"/>
        </w:rPr>
        <w:t>Briefly explain how engagement, satisfaction, learning outcomes and practical application will be assessed; how participant feedback will improve later rounds; and how lessons learned will be documented. The approach should be simple, practical and proportionate.</w:t>
      </w:r>
    </w:p>
    <w:tbl>
      <w:tblPr>
        <w:tblW w:w="9072" w:type="dxa"/>
        <w:tblInd w:w="120" w:type="dxa"/>
        <w:tblLayout w:type="fixed"/>
        <w:tblLook w:val="04A0" w:firstRow="1" w:lastRow="0" w:firstColumn="1" w:lastColumn="0" w:noHBand="0" w:noVBand="1"/>
      </w:tblPr>
      <w:tblGrid>
        <w:gridCol w:w="9072"/>
      </w:tblGrid>
      <w:tr w:rsidR="002C4016" w:rsidRPr="00DF0B46" w14:paraId="74E4FBCB" w14:textId="77777777">
        <w:trPr>
          <w:cantSplit/>
          <w:trHeight w:val="26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6009D95F" w14:textId="77777777" w:rsidR="002C4016" w:rsidRPr="00DF0B46" w:rsidRDefault="00000000">
            <w:r w:rsidRPr="00DF0B46">
              <w:rPr>
                <w:rFonts w:eastAsia="Verdana"/>
                <w:i/>
                <w:color w:val="666666"/>
              </w:rPr>
              <w:t>Click here and enter your response.</w:t>
            </w:r>
          </w:p>
        </w:tc>
      </w:tr>
    </w:tbl>
    <w:p w14:paraId="0F9CA105" w14:textId="77777777" w:rsidR="002C4016" w:rsidRPr="00DF0B46" w:rsidRDefault="002C4016">
      <w:pPr>
        <w:spacing w:after="80" w:line="168" w:lineRule="auto"/>
      </w:pPr>
    </w:p>
    <w:p w14:paraId="06DA037A" w14:textId="77777777" w:rsidR="002C4016" w:rsidRPr="00DF0B46" w:rsidRDefault="00000000">
      <w:r w:rsidRPr="00DF0B46">
        <w:br w:type="page"/>
      </w:r>
    </w:p>
    <w:p w14:paraId="74C41DCF" w14:textId="77777777" w:rsidR="002C4016" w:rsidRPr="00DF0B46" w:rsidRDefault="00000000">
      <w:pPr>
        <w:pStyle w:val="Heading1"/>
        <w:rPr>
          <w:rFonts w:ascii="Goethe FF Clan" w:hAnsi="Goethe FF Clan"/>
        </w:rPr>
      </w:pPr>
      <w:bookmarkStart w:id="10" w:name="_Toc236816161"/>
      <w:r w:rsidRPr="00DF0B46">
        <w:rPr>
          <w:rFonts w:ascii="Goethe FF Clan" w:eastAsia="Goethe FF Clan" w:hAnsi="Goethe FF Clan"/>
        </w:rPr>
        <w:lastRenderedPageBreak/>
        <w:t>4. FEASIBILITY AND OPERATIONAL CAPACITY</w:t>
      </w:r>
      <w:bookmarkEnd w:id="10"/>
    </w:p>
    <w:p w14:paraId="22B87AC6" w14:textId="77777777" w:rsidR="002C4016" w:rsidRPr="00DF0B46" w:rsidRDefault="00000000">
      <w:pPr>
        <w:keepNext/>
        <w:spacing w:after="140"/>
      </w:pPr>
      <w:r w:rsidRPr="00DF0B46">
        <w:rPr>
          <w:rFonts w:eastAsia="Goethe FF Clan"/>
          <w:i/>
          <w:color w:val="666666"/>
          <w:sz w:val="17"/>
        </w:rPr>
        <w:t>Award criterion 4 | Maximum score: 15 points | Page limit: maximum 6 pages, including the tables</w:t>
      </w:r>
    </w:p>
    <w:p w14:paraId="1A4AB90D" w14:textId="77777777" w:rsidR="002C4016" w:rsidRPr="00DF0B46" w:rsidRDefault="00000000">
      <w:pPr>
        <w:pStyle w:val="Heading2"/>
        <w:rPr>
          <w:rFonts w:ascii="Goethe FF Clan" w:hAnsi="Goethe FF Clan"/>
        </w:rPr>
      </w:pPr>
      <w:bookmarkStart w:id="11" w:name="_Toc236816162"/>
      <w:r w:rsidRPr="00DF0B46">
        <w:rPr>
          <w:rFonts w:ascii="Goethe FF Clan" w:eastAsia="Goethe FF Clan" w:hAnsi="Goethe FF Clan"/>
        </w:rPr>
        <w:t>Implementation plan</w:t>
      </w:r>
      <w:bookmarkEnd w:id="11"/>
    </w:p>
    <w:p w14:paraId="3FA9E743" w14:textId="10298A3E" w:rsidR="002C4016" w:rsidRPr="00DF0B46" w:rsidRDefault="00000000">
      <w:pPr>
        <w:keepNext/>
        <w:spacing w:after="80"/>
      </w:pPr>
      <w:r w:rsidRPr="00DF0B46">
        <w:rPr>
          <w:rFonts w:eastAsia="Goethe FF Clan"/>
          <w:i/>
          <w:color w:val="666666"/>
          <w:sz w:val="17"/>
        </w:rPr>
        <w:t>List the principal work packages or activities. Use project months: M1 = November 2026 and M21 = July 2028. The inception period is M1-M3. Add rows only where necessary.</w:t>
      </w:r>
      <w:r w:rsidR="007C4308" w:rsidRPr="007C4308">
        <w:t xml:space="preserve"> </w:t>
      </w:r>
      <w:r w:rsidR="007C4308" w:rsidRPr="007C4308">
        <w:rPr>
          <w:rFonts w:eastAsia="Goethe FF Clan"/>
          <w:i/>
          <w:color w:val="666666"/>
          <w:sz w:val="17"/>
        </w:rPr>
        <w:t>The highlighted work-package titles and descriptions are indicative and may be adapted, replaced or expanded by applicants to reflect their proposed process.</w:t>
      </w:r>
    </w:p>
    <w:tbl>
      <w:tblPr>
        <w:tblW w:w="9072" w:type="dxa"/>
        <w:tblInd w:w="120" w:type="dxa"/>
        <w:tblLayout w:type="fixed"/>
        <w:tblLook w:val="04A0" w:firstRow="1" w:lastRow="0" w:firstColumn="1" w:lastColumn="0" w:noHBand="0" w:noVBand="1"/>
      </w:tblPr>
      <w:tblGrid>
        <w:gridCol w:w="3024"/>
        <w:gridCol w:w="756"/>
        <w:gridCol w:w="756"/>
        <w:gridCol w:w="1739"/>
        <w:gridCol w:w="2797"/>
      </w:tblGrid>
      <w:tr w:rsidR="002C4016" w:rsidRPr="00DF0B46" w14:paraId="59A7597F" w14:textId="77777777" w:rsidTr="00D85047">
        <w:trPr>
          <w:cantSplit/>
          <w:trHeight w:val="680"/>
          <w:tblHeader/>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03969"/>
            <w:tcMar>
              <w:top w:w="80" w:type="dxa"/>
              <w:left w:w="120" w:type="dxa"/>
              <w:bottom w:w="80" w:type="dxa"/>
              <w:right w:w="120" w:type="dxa"/>
            </w:tcMar>
            <w:vAlign w:val="center"/>
          </w:tcPr>
          <w:p w14:paraId="7419D060" w14:textId="3E050059" w:rsidR="002C4016" w:rsidRPr="00DF0B46" w:rsidRDefault="00000000">
            <w:r w:rsidRPr="00DF0B46">
              <w:rPr>
                <w:rFonts w:eastAsia="Goethe FF Clan"/>
                <w:b/>
                <w:color w:val="FFFFFF"/>
                <w:sz w:val="17"/>
              </w:rPr>
              <w:t>Work package / activity</w:t>
            </w:r>
            <w:r w:rsidR="00C460E1" w:rsidRPr="00DF0B46">
              <w:rPr>
                <w:rFonts w:eastAsia="Goethe FF Clan"/>
                <w:b/>
                <w:color w:val="FFFFFF"/>
                <w:sz w:val="17"/>
              </w:rPr>
              <w:t xml:space="preserve"> description</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03969"/>
            <w:tcMar>
              <w:top w:w="80" w:type="dxa"/>
              <w:left w:w="120" w:type="dxa"/>
              <w:bottom w:w="80" w:type="dxa"/>
              <w:right w:w="120" w:type="dxa"/>
            </w:tcMar>
            <w:vAlign w:val="center"/>
          </w:tcPr>
          <w:p w14:paraId="1D5BE751" w14:textId="77777777" w:rsidR="002C4016" w:rsidRPr="00DF0B46" w:rsidRDefault="00000000">
            <w:pPr>
              <w:jc w:val="center"/>
            </w:pPr>
            <w:r w:rsidRPr="00DF0B46">
              <w:rPr>
                <w:rFonts w:eastAsia="Goethe FF Clan"/>
                <w:b/>
                <w:color w:val="FFFFFF"/>
                <w:sz w:val="17"/>
              </w:rPr>
              <w:t>Start</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03969"/>
            <w:tcMar>
              <w:top w:w="80" w:type="dxa"/>
              <w:left w:w="120" w:type="dxa"/>
              <w:bottom w:w="80" w:type="dxa"/>
              <w:right w:w="120" w:type="dxa"/>
            </w:tcMar>
            <w:vAlign w:val="center"/>
          </w:tcPr>
          <w:p w14:paraId="69C5CC64" w14:textId="77777777" w:rsidR="002C4016" w:rsidRPr="00DF0B46" w:rsidRDefault="00000000">
            <w:pPr>
              <w:jc w:val="center"/>
            </w:pPr>
            <w:r w:rsidRPr="00DF0B46">
              <w:rPr>
                <w:rFonts w:eastAsia="Goethe FF Clan"/>
                <w:b/>
                <w:color w:val="FFFFFF"/>
                <w:sz w:val="17"/>
              </w:rPr>
              <w:t>End</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03969"/>
            <w:tcMar>
              <w:top w:w="80" w:type="dxa"/>
              <w:left w:w="120" w:type="dxa"/>
              <w:bottom w:w="80" w:type="dxa"/>
              <w:right w:w="120" w:type="dxa"/>
            </w:tcMar>
            <w:vAlign w:val="center"/>
          </w:tcPr>
          <w:p w14:paraId="643EFA7B" w14:textId="77777777" w:rsidR="002C4016" w:rsidRPr="00DF0B46" w:rsidRDefault="00000000">
            <w:pPr>
              <w:jc w:val="center"/>
            </w:pPr>
            <w:r w:rsidRPr="00DF0B46">
              <w:rPr>
                <w:rFonts w:eastAsia="Goethe FF Clan"/>
                <w:b/>
                <w:color w:val="FFFFFF"/>
                <w:sz w:val="17"/>
              </w:rPr>
              <w:t xml:space="preserve">Responsible </w:t>
            </w:r>
            <w:proofErr w:type="spellStart"/>
            <w:r w:rsidRPr="00DF0B46">
              <w:rPr>
                <w:rFonts w:eastAsia="Goethe FF Clan"/>
                <w:b/>
                <w:color w:val="FFFFFF"/>
                <w:sz w:val="17"/>
              </w:rPr>
              <w:t>organisation</w:t>
            </w:r>
            <w:proofErr w:type="spellEnd"/>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03969"/>
            <w:tcMar>
              <w:top w:w="80" w:type="dxa"/>
              <w:left w:w="120" w:type="dxa"/>
              <w:bottom w:w="80" w:type="dxa"/>
              <w:right w:w="120" w:type="dxa"/>
            </w:tcMar>
            <w:vAlign w:val="center"/>
          </w:tcPr>
          <w:p w14:paraId="5F1C3EF0" w14:textId="77777777" w:rsidR="002C4016" w:rsidRPr="00DF0B46" w:rsidRDefault="00000000">
            <w:pPr>
              <w:jc w:val="center"/>
            </w:pPr>
            <w:r w:rsidRPr="00DF0B46">
              <w:rPr>
                <w:rFonts w:eastAsia="Goethe FF Clan"/>
                <w:b/>
                <w:color w:val="FFFFFF"/>
                <w:sz w:val="17"/>
              </w:rPr>
              <w:t>Key deliverable or milestone</w:t>
            </w:r>
          </w:p>
        </w:tc>
      </w:tr>
      <w:tr w:rsidR="002C4016" w:rsidRPr="00DF0B46" w14:paraId="0C2FFD08"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42154F3" w14:textId="77777777" w:rsidR="002C4016" w:rsidRPr="00DF0B46" w:rsidRDefault="00000000" w:rsidP="4394BBDC">
            <w:pPr>
              <w:rPr>
                <w:i/>
                <w:iCs/>
                <w:highlight w:val="lightGray"/>
              </w:rPr>
            </w:pPr>
            <w:r w:rsidRPr="4394BBDC">
              <w:rPr>
                <w:rFonts w:eastAsia="Verdana"/>
                <w:i/>
                <w:iCs/>
                <w:sz w:val="19"/>
                <w:szCs w:val="19"/>
                <w:highlight w:val="lightGray"/>
              </w:rPr>
              <w:t>Inception: coordination, needs refinement and final planning</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DC4B2C4" w14:textId="77777777" w:rsidR="002C4016" w:rsidRPr="00DF0B46" w:rsidRDefault="00000000">
            <w:r w:rsidRPr="00DF0B46">
              <w:rPr>
                <w:rFonts w:eastAsia="Verdana"/>
                <w:sz w:val="19"/>
              </w:rPr>
              <w:t>M1</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4E0ABD6D" w14:textId="77777777" w:rsidR="002C4016" w:rsidRPr="00DF0B46" w:rsidRDefault="00000000">
            <w:r w:rsidRPr="00DF0B46">
              <w:rPr>
                <w:rFonts w:eastAsia="Verdana"/>
                <w:sz w:val="19"/>
              </w:rPr>
              <w:t>M3</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D11EF98"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4214A67" w14:textId="77777777" w:rsidR="002C4016" w:rsidRPr="00DF0B46" w:rsidRDefault="00000000">
            <w:r w:rsidRPr="00DF0B46">
              <w:rPr>
                <w:rFonts w:eastAsia="Verdana"/>
                <w:sz w:val="19"/>
              </w:rPr>
              <w:t xml:space="preserve">Inception report and </w:t>
            </w:r>
            <w:proofErr w:type="spellStart"/>
            <w:r w:rsidRPr="00DF0B46">
              <w:rPr>
                <w:rFonts w:eastAsia="Verdana"/>
                <w:sz w:val="19"/>
              </w:rPr>
              <w:t>finalised</w:t>
            </w:r>
            <w:proofErr w:type="spellEnd"/>
            <w:r w:rsidRPr="00DF0B46">
              <w:rPr>
                <w:rFonts w:eastAsia="Verdana"/>
                <w:sz w:val="19"/>
              </w:rPr>
              <w:t xml:space="preserve"> delivery plan</w:t>
            </w:r>
          </w:p>
        </w:tc>
      </w:tr>
      <w:tr w:rsidR="002C4016" w:rsidRPr="00DF0B46" w14:paraId="6BF3CDE4"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280AC472" w14:textId="77777777" w:rsidR="002C4016" w:rsidRPr="00DF0B46" w:rsidRDefault="00000000" w:rsidP="4394BBDC">
            <w:pPr>
              <w:rPr>
                <w:i/>
                <w:iCs/>
                <w:highlight w:val="lightGray"/>
              </w:rPr>
            </w:pPr>
            <w:r w:rsidRPr="4394BBDC">
              <w:rPr>
                <w:rFonts w:eastAsia="Verdana"/>
                <w:i/>
                <w:iCs/>
                <w:sz w:val="19"/>
                <w:szCs w:val="19"/>
                <w:highlight w:val="lightGray"/>
              </w:rPr>
              <w:t>Round 1 preparation and delivery</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401F0728" w14:textId="77777777" w:rsidR="002C4016" w:rsidRPr="00DF0B46" w:rsidRDefault="00000000">
            <w:r w:rsidRPr="00DF0B46">
              <w:rPr>
                <w:rFonts w:eastAsia="Verdana"/>
                <w:i/>
                <w:color w:val="666666"/>
                <w:sz w:val="18"/>
              </w:rPr>
              <w:t>[M]</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16256C9" w14:textId="77777777" w:rsidR="002C4016" w:rsidRPr="00DF0B46" w:rsidRDefault="00000000">
            <w:r w:rsidRPr="00DF0B46">
              <w:rPr>
                <w:rFonts w:eastAsia="Verdana"/>
                <w:i/>
                <w:color w:val="666666"/>
                <w:sz w:val="18"/>
              </w:rPr>
              <w:t>[M]</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34A81AE9"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301D37D6" w14:textId="77777777" w:rsidR="002C4016" w:rsidRPr="00DF0B46" w:rsidRDefault="00000000">
            <w:r w:rsidRPr="00DF0B46">
              <w:rPr>
                <w:rFonts w:eastAsia="Verdana"/>
                <w:i/>
                <w:color w:val="666666"/>
                <w:sz w:val="18"/>
              </w:rPr>
              <w:t>[Milestone/output]</w:t>
            </w:r>
          </w:p>
        </w:tc>
      </w:tr>
      <w:tr w:rsidR="002C4016" w:rsidRPr="00DF0B46" w14:paraId="46938964"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32E8E6B" w14:textId="77777777" w:rsidR="002C4016" w:rsidRPr="00DF0B46" w:rsidRDefault="00000000" w:rsidP="4394BBDC">
            <w:pPr>
              <w:rPr>
                <w:i/>
                <w:iCs/>
                <w:highlight w:val="lightGray"/>
              </w:rPr>
            </w:pPr>
            <w:r w:rsidRPr="4394BBDC">
              <w:rPr>
                <w:rFonts w:eastAsia="Verdana"/>
                <w:i/>
                <w:iCs/>
                <w:sz w:val="19"/>
                <w:szCs w:val="19"/>
                <w:highlight w:val="lightGray"/>
              </w:rPr>
              <w:t>Round 1 application and follow-up</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2C1A4E01" w14:textId="77777777" w:rsidR="002C4016" w:rsidRPr="00DF0B46" w:rsidRDefault="00000000">
            <w:r w:rsidRPr="00DF0B46">
              <w:rPr>
                <w:rFonts w:eastAsia="Verdana"/>
                <w:i/>
                <w:color w:val="666666"/>
                <w:sz w:val="18"/>
              </w:rPr>
              <w:t>[M]</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82F3983" w14:textId="77777777" w:rsidR="002C4016" w:rsidRPr="00DF0B46" w:rsidRDefault="00000000">
            <w:r w:rsidRPr="00DF0B46">
              <w:rPr>
                <w:rFonts w:eastAsia="Verdana"/>
                <w:i/>
                <w:color w:val="666666"/>
                <w:sz w:val="18"/>
              </w:rPr>
              <w:t>[M]</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16BE031A"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1289ABE1" w14:textId="77777777" w:rsidR="002C4016" w:rsidRPr="00DF0B46" w:rsidRDefault="00000000">
            <w:r w:rsidRPr="00DF0B46">
              <w:rPr>
                <w:rFonts w:eastAsia="Verdana"/>
                <w:i/>
                <w:color w:val="666666"/>
                <w:sz w:val="18"/>
              </w:rPr>
              <w:t>[Milestone/output]</w:t>
            </w:r>
          </w:p>
        </w:tc>
      </w:tr>
      <w:tr w:rsidR="002C4016" w:rsidRPr="00DF0B46" w14:paraId="4936F5EB"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250A9314" w14:textId="77777777" w:rsidR="002C4016" w:rsidRPr="00DF0B46" w:rsidRDefault="00000000" w:rsidP="4394BBDC">
            <w:pPr>
              <w:rPr>
                <w:i/>
                <w:iCs/>
                <w:highlight w:val="lightGray"/>
              </w:rPr>
            </w:pPr>
            <w:r w:rsidRPr="4394BBDC">
              <w:rPr>
                <w:rFonts w:eastAsia="Verdana"/>
                <w:i/>
                <w:iCs/>
                <w:sz w:val="19"/>
                <w:szCs w:val="19"/>
                <w:highlight w:val="lightGray"/>
              </w:rPr>
              <w:t>Round 2 preparation, delivery and follow-up</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21B92043" w14:textId="77777777" w:rsidR="002C4016" w:rsidRPr="00DF0B46" w:rsidRDefault="00000000">
            <w:r w:rsidRPr="00DF0B46">
              <w:rPr>
                <w:rFonts w:eastAsia="Verdana"/>
                <w:i/>
                <w:color w:val="666666"/>
                <w:sz w:val="18"/>
              </w:rPr>
              <w:t>[M]</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56177471" w14:textId="77777777" w:rsidR="002C4016" w:rsidRPr="00DF0B46" w:rsidRDefault="00000000">
            <w:r w:rsidRPr="00DF0B46">
              <w:rPr>
                <w:rFonts w:eastAsia="Verdana"/>
                <w:i/>
                <w:color w:val="666666"/>
                <w:sz w:val="18"/>
              </w:rPr>
              <w:t>[M]</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5CDB058A"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59706DF3" w14:textId="77777777" w:rsidR="002C4016" w:rsidRPr="00DF0B46" w:rsidRDefault="00000000">
            <w:r w:rsidRPr="00DF0B46">
              <w:rPr>
                <w:rFonts w:eastAsia="Verdana"/>
                <w:i/>
                <w:color w:val="666666"/>
                <w:sz w:val="18"/>
              </w:rPr>
              <w:t>[Milestone/output]</w:t>
            </w:r>
          </w:p>
        </w:tc>
      </w:tr>
      <w:tr w:rsidR="002C4016" w:rsidRPr="00DF0B46" w14:paraId="4087DD31"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5C850EC3" w14:textId="77777777" w:rsidR="002C4016" w:rsidRPr="00DF0B46" w:rsidRDefault="00000000" w:rsidP="4394BBDC">
            <w:pPr>
              <w:rPr>
                <w:i/>
                <w:iCs/>
                <w:highlight w:val="lightGray"/>
              </w:rPr>
            </w:pPr>
            <w:r w:rsidRPr="4394BBDC">
              <w:rPr>
                <w:rFonts w:eastAsia="Verdana"/>
                <w:i/>
                <w:iCs/>
                <w:sz w:val="19"/>
                <w:szCs w:val="19"/>
                <w:highlight w:val="lightGray"/>
              </w:rPr>
              <w:t>Round 3 preparation, delivery and follow-up</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7794393C" w14:textId="77777777" w:rsidR="002C4016" w:rsidRPr="00DF0B46" w:rsidRDefault="00000000">
            <w:r w:rsidRPr="00DF0B46">
              <w:rPr>
                <w:rFonts w:eastAsia="Verdana"/>
                <w:i/>
                <w:color w:val="666666"/>
                <w:sz w:val="18"/>
              </w:rPr>
              <w:t>[M]</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C64B04E" w14:textId="77777777" w:rsidR="002C4016" w:rsidRPr="00DF0B46" w:rsidRDefault="00000000">
            <w:r w:rsidRPr="00DF0B46">
              <w:rPr>
                <w:rFonts w:eastAsia="Verdana"/>
                <w:i/>
                <w:color w:val="666666"/>
                <w:sz w:val="18"/>
              </w:rPr>
              <w:t>[M]</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0DCC5D68"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742813AE" w14:textId="77777777" w:rsidR="002C4016" w:rsidRPr="00DF0B46" w:rsidRDefault="00000000">
            <w:r w:rsidRPr="00DF0B46">
              <w:rPr>
                <w:rFonts w:eastAsia="Verdana"/>
                <w:i/>
                <w:color w:val="666666"/>
                <w:sz w:val="18"/>
              </w:rPr>
              <w:t>[Milestone/output]</w:t>
            </w:r>
          </w:p>
        </w:tc>
      </w:tr>
      <w:tr w:rsidR="002C4016" w:rsidRPr="00DF0B46" w14:paraId="4C6C2344"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373D78B1" w14:textId="77777777" w:rsidR="002C4016" w:rsidRPr="00DF0B46" w:rsidRDefault="00000000" w:rsidP="4394BBDC">
            <w:pPr>
              <w:rPr>
                <w:i/>
                <w:iCs/>
                <w:highlight w:val="lightGray"/>
              </w:rPr>
            </w:pPr>
            <w:r w:rsidRPr="4394BBDC">
              <w:rPr>
                <w:rFonts w:eastAsia="Verdana"/>
                <w:i/>
                <w:iCs/>
                <w:sz w:val="19"/>
                <w:szCs w:val="19"/>
                <w:highlight w:val="lightGray"/>
              </w:rPr>
              <w:t>Learning resources and transfer</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4C4BFA9D" w14:textId="77777777" w:rsidR="002C4016" w:rsidRPr="00DF0B46" w:rsidRDefault="00000000">
            <w:r w:rsidRPr="00DF0B46">
              <w:rPr>
                <w:rFonts w:eastAsia="Verdana"/>
                <w:i/>
                <w:color w:val="666666"/>
                <w:sz w:val="18"/>
              </w:rPr>
              <w:t>[M]</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19DA2A7C" w14:textId="77777777" w:rsidR="002C4016" w:rsidRPr="00DF0B46" w:rsidRDefault="00000000">
            <w:r w:rsidRPr="00DF0B46">
              <w:rPr>
                <w:rFonts w:eastAsia="Verdana"/>
                <w:i/>
                <w:color w:val="666666"/>
                <w:sz w:val="18"/>
              </w:rPr>
              <w:t>[M]</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619C9B88"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50078AFE" w14:textId="77777777" w:rsidR="002C4016" w:rsidRPr="00DF0B46" w:rsidRDefault="00000000">
            <w:r w:rsidRPr="00DF0B46">
              <w:rPr>
                <w:rFonts w:eastAsia="Verdana"/>
                <w:i/>
                <w:color w:val="666666"/>
                <w:sz w:val="18"/>
              </w:rPr>
              <w:t>[Milestone/output]</w:t>
            </w:r>
          </w:p>
        </w:tc>
      </w:tr>
      <w:tr w:rsidR="002C4016" w:rsidRPr="00DF0B46" w14:paraId="69ED5735" w14:textId="77777777" w:rsidTr="4394BBDC">
        <w:trPr>
          <w:cantSplit/>
          <w:trHeight w:val="680"/>
        </w:trPr>
        <w:tc>
          <w:tcPr>
            <w:tcW w:w="302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6B91BE3E" w14:textId="77777777" w:rsidR="002C4016" w:rsidRPr="00DF0B46" w:rsidRDefault="00000000" w:rsidP="4394BBDC">
            <w:pPr>
              <w:rPr>
                <w:i/>
                <w:iCs/>
                <w:highlight w:val="lightGray"/>
              </w:rPr>
            </w:pPr>
            <w:r w:rsidRPr="4394BBDC">
              <w:rPr>
                <w:rFonts w:eastAsia="Verdana"/>
                <w:i/>
                <w:iCs/>
                <w:sz w:val="19"/>
                <w:szCs w:val="19"/>
                <w:highlight w:val="lightGray"/>
              </w:rPr>
              <w:t>Monitoring, evaluation, dissemination and reporting</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513C48DC" w14:textId="77777777" w:rsidR="002C4016" w:rsidRPr="00DF0B46" w:rsidRDefault="00000000">
            <w:r w:rsidRPr="00DF0B46">
              <w:rPr>
                <w:rFonts w:eastAsia="Verdana"/>
                <w:i/>
                <w:color w:val="666666"/>
                <w:sz w:val="18"/>
              </w:rPr>
              <w:t>[M]</w:t>
            </w:r>
          </w:p>
        </w:tc>
        <w:tc>
          <w:tcPr>
            <w:tcW w:w="75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10C3EEF9" w14:textId="77777777" w:rsidR="002C4016" w:rsidRPr="00DF0B46" w:rsidRDefault="00000000">
            <w:r w:rsidRPr="00DF0B46">
              <w:rPr>
                <w:rFonts w:eastAsia="Verdana"/>
                <w:sz w:val="19"/>
              </w:rPr>
              <w:t>M21</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47B39222"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Organisation</w:t>
            </w:r>
            <w:proofErr w:type="spellEnd"/>
            <w:r w:rsidRPr="00DF0B46">
              <w:rPr>
                <w:rFonts w:eastAsia="Verdana"/>
                <w:i/>
                <w:color w:val="666666"/>
                <w:sz w:val="18"/>
              </w:rPr>
              <w:t>]</w:t>
            </w:r>
          </w:p>
        </w:tc>
        <w:tc>
          <w:tcPr>
            <w:tcW w:w="279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80" w:type="dxa"/>
              <w:left w:w="120" w:type="dxa"/>
              <w:bottom w:w="80" w:type="dxa"/>
              <w:right w:w="120" w:type="dxa"/>
            </w:tcMar>
            <w:vAlign w:val="center"/>
          </w:tcPr>
          <w:p w14:paraId="4EFA0DB9" w14:textId="77777777" w:rsidR="002C4016" w:rsidRPr="00DF0B46" w:rsidRDefault="00000000">
            <w:r w:rsidRPr="00DF0B46">
              <w:rPr>
                <w:rFonts w:eastAsia="Verdana"/>
                <w:i/>
                <w:color w:val="666666"/>
                <w:sz w:val="18"/>
              </w:rPr>
              <w:t>[Milestone/output]</w:t>
            </w:r>
          </w:p>
        </w:tc>
      </w:tr>
    </w:tbl>
    <w:p w14:paraId="513786C3" w14:textId="77777777" w:rsidR="002C4016" w:rsidRPr="00DF0B46" w:rsidRDefault="002C4016">
      <w:pPr>
        <w:spacing w:after="100" w:line="168" w:lineRule="auto"/>
      </w:pPr>
    </w:p>
    <w:p w14:paraId="5A39C001" w14:textId="77777777" w:rsidR="002C4016" w:rsidRPr="00DF0B46" w:rsidRDefault="00000000">
      <w:pPr>
        <w:pStyle w:val="Heading2"/>
        <w:rPr>
          <w:rFonts w:ascii="Goethe FF Clan" w:hAnsi="Goethe FF Clan"/>
        </w:rPr>
      </w:pPr>
      <w:bookmarkStart w:id="12" w:name="_Toc236816163"/>
      <w:proofErr w:type="spellStart"/>
      <w:r w:rsidRPr="00DF0B46">
        <w:rPr>
          <w:rFonts w:ascii="Goethe FF Clan" w:eastAsia="Goethe FF Clan" w:hAnsi="Goethe FF Clan"/>
        </w:rPr>
        <w:t>Organisation</w:t>
      </w:r>
      <w:proofErr w:type="spellEnd"/>
      <w:r w:rsidRPr="00DF0B46">
        <w:rPr>
          <w:rFonts w:ascii="Goethe FF Clan" w:eastAsia="Goethe FF Clan" w:hAnsi="Goethe FF Clan"/>
        </w:rPr>
        <w:t>, partnership and governance</w:t>
      </w:r>
      <w:bookmarkEnd w:id="12"/>
    </w:p>
    <w:p w14:paraId="7487C60B" w14:textId="77777777" w:rsidR="002C4016" w:rsidRPr="00DF0B46" w:rsidRDefault="00000000">
      <w:pPr>
        <w:keepNext/>
        <w:spacing w:after="80"/>
      </w:pPr>
      <w:r w:rsidRPr="00DF0B46">
        <w:rPr>
          <w:rFonts w:eastAsia="Goethe FF Clan"/>
          <w:i/>
          <w:color w:val="666666"/>
          <w:sz w:val="17"/>
        </w:rPr>
        <w:t>For a single applicant, explain internal responsibility, decision-making and quality control. For a consortium, complete the table and explain why the partnership is needed, how decisions and communication will work, how responsibilities and costs correspond to each member's expertise, and how duplication will be avoided.</w:t>
      </w:r>
    </w:p>
    <w:tbl>
      <w:tblPr>
        <w:tblW w:w="9072" w:type="dxa"/>
        <w:tblInd w:w="120" w:type="dxa"/>
        <w:tblLayout w:type="fixed"/>
        <w:tblLook w:val="04A0" w:firstRow="1" w:lastRow="0" w:firstColumn="1" w:lastColumn="0" w:noHBand="0" w:noVBand="1"/>
      </w:tblPr>
      <w:tblGrid>
        <w:gridCol w:w="1663"/>
        <w:gridCol w:w="3175"/>
        <w:gridCol w:w="2722"/>
        <w:gridCol w:w="1512"/>
      </w:tblGrid>
      <w:tr w:rsidR="002C4016" w:rsidRPr="00DF0B46" w14:paraId="56AF77D9" w14:textId="77777777" w:rsidTr="00D85047">
        <w:trPr>
          <w:cantSplit/>
          <w:trHeight w:val="800"/>
          <w:tblHeader/>
        </w:trPr>
        <w:tc>
          <w:tcPr>
            <w:tcW w:w="1663"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7C5927A" w14:textId="77777777" w:rsidR="002C4016" w:rsidRPr="00DF0B46" w:rsidRDefault="00000000">
            <w:proofErr w:type="spellStart"/>
            <w:r w:rsidRPr="00DF0B46">
              <w:rPr>
                <w:rFonts w:eastAsia="Goethe FF Clan"/>
                <w:b/>
                <w:color w:val="FFFFFF"/>
                <w:sz w:val="17"/>
              </w:rPr>
              <w:t>Organisation</w:t>
            </w:r>
            <w:proofErr w:type="spellEnd"/>
          </w:p>
        </w:tc>
        <w:tc>
          <w:tcPr>
            <w:tcW w:w="3175"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1911D2D" w14:textId="77777777" w:rsidR="002C4016" w:rsidRPr="00DF0B46" w:rsidRDefault="00000000">
            <w:pPr>
              <w:jc w:val="center"/>
            </w:pPr>
            <w:r w:rsidRPr="00DF0B46">
              <w:rPr>
                <w:rFonts w:eastAsia="Goethe FF Clan"/>
                <w:b/>
                <w:color w:val="FFFFFF"/>
                <w:sz w:val="17"/>
              </w:rPr>
              <w:t>Main role and activities/outputs</w:t>
            </w:r>
          </w:p>
        </w:tc>
        <w:tc>
          <w:tcPr>
            <w:tcW w:w="272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07190C6F" w14:textId="77777777" w:rsidR="002C4016" w:rsidRPr="00DF0B46" w:rsidRDefault="00000000">
            <w:pPr>
              <w:jc w:val="center"/>
            </w:pPr>
            <w:r w:rsidRPr="00DF0B46">
              <w:rPr>
                <w:rFonts w:eastAsia="Goethe FF Clan"/>
                <w:b/>
                <w:color w:val="FFFFFF"/>
                <w:sz w:val="17"/>
              </w:rPr>
              <w:t>Specific added value</w:t>
            </w:r>
          </w:p>
        </w:tc>
        <w:tc>
          <w:tcPr>
            <w:tcW w:w="151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6FEC3EE" w14:textId="77777777" w:rsidR="002C4016" w:rsidRPr="00DF0B46" w:rsidRDefault="00000000">
            <w:pPr>
              <w:jc w:val="center"/>
            </w:pPr>
            <w:r w:rsidRPr="00DF0B46">
              <w:rPr>
                <w:rFonts w:eastAsia="Goethe FF Clan"/>
                <w:b/>
                <w:color w:val="FFFFFF"/>
                <w:sz w:val="17"/>
              </w:rPr>
              <w:t>Indicative share of total budget</w:t>
            </w:r>
          </w:p>
        </w:tc>
      </w:tr>
      <w:tr w:rsidR="002C4016" w:rsidRPr="00DF0B46" w14:paraId="40479AA5" w14:textId="77777777">
        <w:trPr>
          <w:cantSplit/>
          <w:trHeight w:val="800"/>
        </w:trPr>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4959960" w14:textId="1F511E8F" w:rsidR="002C4016" w:rsidRPr="00DF0B46" w:rsidRDefault="00E32602">
            <w:r>
              <w:rPr>
                <w:rFonts w:eastAsia="Verdana"/>
                <w:sz w:val="19"/>
              </w:rPr>
              <w:t>Single/</w:t>
            </w:r>
            <w:r w:rsidRPr="00DF0B46">
              <w:rPr>
                <w:rFonts w:eastAsia="Verdana"/>
                <w:sz w:val="19"/>
              </w:rPr>
              <w:t>Lead applicant</w:t>
            </w:r>
          </w:p>
        </w:tc>
        <w:tc>
          <w:tcPr>
            <w:tcW w:w="317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A29ADAD" w14:textId="77777777" w:rsidR="002C4016" w:rsidRPr="00DF0B46" w:rsidRDefault="00000000">
            <w:r w:rsidRPr="00DF0B46">
              <w:rPr>
                <w:rFonts w:eastAsia="Verdana"/>
                <w:i/>
                <w:color w:val="666666"/>
                <w:sz w:val="18"/>
              </w:rPr>
              <w:t>[Role/outputs]</w:t>
            </w:r>
          </w:p>
        </w:tc>
        <w:tc>
          <w:tcPr>
            <w:tcW w:w="272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BF8895C" w14:textId="77777777" w:rsidR="002C4016" w:rsidRPr="00DF0B46" w:rsidRDefault="00000000">
            <w:r w:rsidRPr="00DF0B46">
              <w:rPr>
                <w:rFonts w:eastAsia="Verdana"/>
                <w:i/>
                <w:color w:val="666666"/>
                <w:sz w:val="18"/>
              </w:rPr>
              <w:t>[Expertise/added value]</w:t>
            </w:r>
          </w:p>
        </w:tc>
        <w:tc>
          <w:tcPr>
            <w:tcW w:w="151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8BA5B27" w14:textId="77777777" w:rsidR="002C4016" w:rsidRPr="00DF0B46" w:rsidRDefault="00000000">
            <w:r w:rsidRPr="00DF0B46">
              <w:rPr>
                <w:rFonts w:eastAsia="Verdana"/>
                <w:i/>
                <w:color w:val="666666"/>
                <w:sz w:val="18"/>
              </w:rPr>
              <w:t>[%]</w:t>
            </w:r>
          </w:p>
        </w:tc>
      </w:tr>
      <w:tr w:rsidR="002C4016" w:rsidRPr="00DF0B46" w14:paraId="765D4BC1" w14:textId="77777777">
        <w:trPr>
          <w:cantSplit/>
          <w:trHeight w:val="800"/>
        </w:trPr>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6047D9E" w14:textId="77777777" w:rsidR="002C4016" w:rsidRPr="00DF0B46" w:rsidRDefault="00000000">
            <w:r w:rsidRPr="00DF0B46">
              <w:rPr>
                <w:rFonts w:eastAsia="Verdana"/>
                <w:sz w:val="19"/>
              </w:rPr>
              <w:t>Co-applicant 1, if any</w:t>
            </w:r>
          </w:p>
        </w:tc>
        <w:tc>
          <w:tcPr>
            <w:tcW w:w="317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553C96D" w14:textId="77777777" w:rsidR="002C4016" w:rsidRPr="00DF0B46" w:rsidRDefault="00000000">
            <w:r w:rsidRPr="00DF0B46">
              <w:rPr>
                <w:rFonts w:eastAsia="Verdana"/>
                <w:i/>
                <w:color w:val="666666"/>
                <w:sz w:val="18"/>
              </w:rPr>
              <w:t>[Role/outputs]</w:t>
            </w:r>
          </w:p>
        </w:tc>
        <w:tc>
          <w:tcPr>
            <w:tcW w:w="272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A6328D3" w14:textId="77777777" w:rsidR="002C4016" w:rsidRPr="00DF0B46" w:rsidRDefault="00000000">
            <w:r w:rsidRPr="00DF0B46">
              <w:rPr>
                <w:rFonts w:eastAsia="Verdana"/>
                <w:i/>
                <w:color w:val="666666"/>
                <w:sz w:val="18"/>
              </w:rPr>
              <w:t>[Expertise/added value]</w:t>
            </w:r>
          </w:p>
        </w:tc>
        <w:tc>
          <w:tcPr>
            <w:tcW w:w="151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921F269" w14:textId="77777777" w:rsidR="002C4016" w:rsidRPr="00DF0B46" w:rsidRDefault="00000000">
            <w:r w:rsidRPr="00DF0B46">
              <w:rPr>
                <w:rFonts w:eastAsia="Verdana"/>
                <w:i/>
                <w:color w:val="666666"/>
                <w:sz w:val="18"/>
              </w:rPr>
              <w:t>[%]</w:t>
            </w:r>
          </w:p>
        </w:tc>
      </w:tr>
      <w:tr w:rsidR="002C4016" w:rsidRPr="00DF0B46" w14:paraId="6859F179" w14:textId="77777777">
        <w:trPr>
          <w:cantSplit/>
          <w:trHeight w:val="800"/>
        </w:trPr>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430325B" w14:textId="77777777" w:rsidR="002C4016" w:rsidRPr="00DF0B46" w:rsidRDefault="00000000">
            <w:r w:rsidRPr="00DF0B46">
              <w:rPr>
                <w:rFonts w:eastAsia="Verdana"/>
                <w:sz w:val="19"/>
              </w:rPr>
              <w:t>Co-applicant 2, if any</w:t>
            </w:r>
          </w:p>
        </w:tc>
        <w:tc>
          <w:tcPr>
            <w:tcW w:w="317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808C803" w14:textId="77777777" w:rsidR="002C4016" w:rsidRPr="00DF0B46" w:rsidRDefault="00000000">
            <w:r w:rsidRPr="00DF0B46">
              <w:rPr>
                <w:rFonts w:eastAsia="Verdana"/>
                <w:i/>
                <w:color w:val="666666"/>
                <w:sz w:val="18"/>
              </w:rPr>
              <w:t>[Role/outputs]</w:t>
            </w:r>
          </w:p>
        </w:tc>
        <w:tc>
          <w:tcPr>
            <w:tcW w:w="272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3EE1E25" w14:textId="77777777" w:rsidR="002C4016" w:rsidRPr="00DF0B46" w:rsidRDefault="00000000">
            <w:r w:rsidRPr="00DF0B46">
              <w:rPr>
                <w:rFonts w:eastAsia="Verdana"/>
                <w:i/>
                <w:color w:val="666666"/>
                <w:sz w:val="18"/>
              </w:rPr>
              <w:t>[Expertise/added value]</w:t>
            </w:r>
          </w:p>
        </w:tc>
        <w:tc>
          <w:tcPr>
            <w:tcW w:w="151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1071914" w14:textId="77777777" w:rsidR="002C4016" w:rsidRPr="00DF0B46" w:rsidRDefault="00000000">
            <w:r w:rsidRPr="00DF0B46">
              <w:rPr>
                <w:rFonts w:eastAsia="Verdana"/>
                <w:i/>
                <w:color w:val="666666"/>
                <w:sz w:val="18"/>
              </w:rPr>
              <w:t>[%]</w:t>
            </w:r>
          </w:p>
        </w:tc>
      </w:tr>
    </w:tbl>
    <w:p w14:paraId="5D91ADA9" w14:textId="77777777" w:rsidR="002C4016" w:rsidRPr="00DF0B46" w:rsidRDefault="002C4016">
      <w:pPr>
        <w:spacing w:after="100" w:line="168" w:lineRule="auto"/>
      </w:pPr>
    </w:p>
    <w:tbl>
      <w:tblPr>
        <w:tblW w:w="9072" w:type="dxa"/>
        <w:tblInd w:w="120" w:type="dxa"/>
        <w:tblLayout w:type="fixed"/>
        <w:tblLook w:val="04A0" w:firstRow="1" w:lastRow="0" w:firstColumn="1" w:lastColumn="0" w:noHBand="0" w:noVBand="1"/>
      </w:tblPr>
      <w:tblGrid>
        <w:gridCol w:w="9072"/>
      </w:tblGrid>
      <w:tr w:rsidR="002C4016" w:rsidRPr="00DF0B46" w14:paraId="3A9F1341" w14:textId="77777777">
        <w:trPr>
          <w:cantSplit/>
          <w:trHeight w:val="22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38C00C27" w14:textId="77777777" w:rsidR="002C4016" w:rsidRPr="00DF0B46" w:rsidRDefault="00000000">
            <w:r w:rsidRPr="00DF0B46">
              <w:rPr>
                <w:rFonts w:eastAsia="Verdana"/>
                <w:i/>
                <w:color w:val="666666"/>
              </w:rPr>
              <w:t>Describe governance, decision-making and coordination here.</w:t>
            </w:r>
          </w:p>
        </w:tc>
      </w:tr>
    </w:tbl>
    <w:p w14:paraId="03B26B59" w14:textId="77777777" w:rsidR="002C4016" w:rsidRPr="00DF0B46" w:rsidRDefault="002C4016">
      <w:pPr>
        <w:spacing w:after="80" w:line="168" w:lineRule="auto"/>
      </w:pPr>
    </w:p>
    <w:p w14:paraId="6ECCFACA" w14:textId="77777777" w:rsidR="002C4016" w:rsidRPr="00DF0B46" w:rsidRDefault="00000000">
      <w:pPr>
        <w:pStyle w:val="Heading2"/>
        <w:rPr>
          <w:rFonts w:ascii="Goethe FF Clan" w:hAnsi="Goethe FF Clan"/>
        </w:rPr>
      </w:pPr>
      <w:bookmarkStart w:id="13" w:name="_Toc236816164"/>
      <w:r w:rsidRPr="00DF0B46">
        <w:rPr>
          <w:rFonts w:ascii="Goethe FF Clan" w:eastAsia="Goethe FF Clan" w:hAnsi="Goethe FF Clan"/>
        </w:rPr>
        <w:t>Delivery team and external expertise</w:t>
      </w:r>
      <w:bookmarkEnd w:id="13"/>
    </w:p>
    <w:p w14:paraId="48BDFFD5" w14:textId="77777777" w:rsidR="002C4016" w:rsidRPr="00DF0B46" w:rsidRDefault="00000000">
      <w:pPr>
        <w:keepNext/>
        <w:spacing w:after="80"/>
      </w:pPr>
      <w:r w:rsidRPr="00DF0B46">
        <w:rPr>
          <w:rFonts w:eastAsia="Goethe FF Clan"/>
          <w:i/>
          <w:color w:val="666666"/>
          <w:sz w:val="17"/>
        </w:rPr>
        <w:t>List core staff and the principal external functions/expertise needed. Use the same staff functions in Annex II. Mark unconfirmed external expertise as 'to be selected during inception'. Attach CVs only for core team members (maximum 3 pages each).</w:t>
      </w:r>
    </w:p>
    <w:tbl>
      <w:tblPr>
        <w:tblW w:w="9072" w:type="dxa"/>
        <w:tblInd w:w="120" w:type="dxa"/>
        <w:tblLayout w:type="fixed"/>
        <w:tblLook w:val="04A0" w:firstRow="1" w:lastRow="0" w:firstColumn="1" w:lastColumn="0" w:noHBand="0" w:noVBand="1"/>
      </w:tblPr>
      <w:tblGrid>
        <w:gridCol w:w="2192"/>
        <w:gridCol w:w="1890"/>
        <w:gridCol w:w="2646"/>
        <w:gridCol w:w="2344"/>
      </w:tblGrid>
      <w:tr w:rsidR="002C4016" w:rsidRPr="00DF0B46" w14:paraId="533EC844" w14:textId="77777777" w:rsidTr="00D85047">
        <w:trPr>
          <w:cantSplit/>
          <w:trHeight w:val="620"/>
          <w:tblHeader/>
        </w:trPr>
        <w:tc>
          <w:tcPr>
            <w:tcW w:w="219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3C0C7050" w14:textId="77777777" w:rsidR="002C4016" w:rsidRPr="00DF0B46" w:rsidRDefault="00000000">
            <w:r w:rsidRPr="00DF0B46">
              <w:rPr>
                <w:rFonts w:eastAsia="Goethe FF Clan"/>
                <w:b/>
                <w:color w:val="FFFFFF"/>
                <w:sz w:val="17"/>
              </w:rPr>
              <w:t>Name/function or expertise</w:t>
            </w:r>
          </w:p>
        </w:tc>
        <w:tc>
          <w:tcPr>
            <w:tcW w:w="1890"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43D700C" w14:textId="77777777" w:rsidR="002C4016" w:rsidRPr="00DF0B46" w:rsidRDefault="00000000">
            <w:pPr>
              <w:jc w:val="center"/>
            </w:pPr>
            <w:proofErr w:type="spellStart"/>
            <w:r w:rsidRPr="00DF0B46">
              <w:rPr>
                <w:rFonts w:eastAsia="Goethe FF Clan"/>
                <w:b/>
                <w:color w:val="FFFFFF"/>
                <w:sz w:val="17"/>
              </w:rPr>
              <w:t>Organisation</w:t>
            </w:r>
            <w:proofErr w:type="spellEnd"/>
            <w:r w:rsidRPr="00DF0B46">
              <w:rPr>
                <w:rFonts w:eastAsia="Goethe FF Clan"/>
                <w:b/>
                <w:color w:val="FFFFFF"/>
                <w:sz w:val="17"/>
              </w:rPr>
              <w:t>/status</w:t>
            </w:r>
          </w:p>
        </w:tc>
        <w:tc>
          <w:tcPr>
            <w:tcW w:w="2646"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0400650A" w14:textId="77777777" w:rsidR="002C4016" w:rsidRPr="00DF0B46" w:rsidRDefault="00000000">
            <w:pPr>
              <w:jc w:val="center"/>
            </w:pPr>
            <w:r w:rsidRPr="00DF0B46">
              <w:rPr>
                <w:rFonts w:eastAsia="Goethe FF Clan"/>
                <w:b/>
                <w:color w:val="FFFFFF"/>
                <w:sz w:val="17"/>
              </w:rPr>
              <w:t>Role and responsibilities</w:t>
            </w:r>
          </w:p>
        </w:tc>
        <w:tc>
          <w:tcPr>
            <w:tcW w:w="234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E30DA98" w14:textId="77777777" w:rsidR="002C4016" w:rsidRPr="00DF0B46" w:rsidRDefault="00000000">
            <w:pPr>
              <w:jc w:val="center"/>
            </w:pPr>
            <w:r w:rsidRPr="00DF0B46">
              <w:rPr>
                <w:rFonts w:eastAsia="Goethe FF Clan"/>
                <w:b/>
                <w:color w:val="FFFFFF"/>
                <w:sz w:val="17"/>
              </w:rPr>
              <w:t>Relevant experience</w:t>
            </w:r>
          </w:p>
        </w:tc>
      </w:tr>
      <w:tr w:rsidR="002C4016" w:rsidRPr="00DF0B46" w14:paraId="1B30BB5E" w14:textId="77777777">
        <w:trPr>
          <w:cantSplit/>
          <w:trHeight w:val="620"/>
        </w:trPr>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A95CABF" w14:textId="77777777" w:rsidR="002C4016" w:rsidRPr="00DF0B46" w:rsidRDefault="00000000">
            <w:r w:rsidRPr="00DF0B46">
              <w:rPr>
                <w:rFonts w:eastAsia="Verdana"/>
                <w:i/>
                <w:color w:val="666666"/>
                <w:sz w:val="18"/>
              </w:rPr>
              <w:t>[1.]</w:t>
            </w:r>
          </w:p>
        </w:tc>
        <w:tc>
          <w:tcPr>
            <w:tcW w:w="189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F8FC665" w14:textId="77777777" w:rsidR="002C4016" w:rsidRPr="00DF0B46" w:rsidRDefault="00000000">
            <w:r w:rsidRPr="00DF0B46">
              <w:rPr>
                <w:rFonts w:eastAsia="Verdana"/>
                <w:i/>
                <w:color w:val="666666"/>
                <w:sz w:val="18"/>
              </w:rPr>
              <w:t>[Internal/external; confirmed/TBC]</w:t>
            </w:r>
          </w:p>
        </w:tc>
        <w:tc>
          <w:tcPr>
            <w:tcW w:w="264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9BAF5B2" w14:textId="77777777" w:rsidR="002C4016" w:rsidRPr="00DF0B46" w:rsidRDefault="00000000">
            <w:r w:rsidRPr="00DF0B46">
              <w:rPr>
                <w:rFonts w:eastAsia="Verdana"/>
                <w:i/>
                <w:color w:val="666666"/>
                <w:sz w:val="18"/>
              </w:rPr>
              <w:t>[Role]</w:t>
            </w:r>
          </w:p>
        </w:tc>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47081CE" w14:textId="77777777" w:rsidR="002C4016" w:rsidRPr="00DF0B46" w:rsidRDefault="00000000">
            <w:r w:rsidRPr="00DF0B46">
              <w:rPr>
                <w:rFonts w:eastAsia="Verdana"/>
                <w:i/>
                <w:color w:val="666666"/>
                <w:sz w:val="18"/>
              </w:rPr>
              <w:t>[Concise evidence]</w:t>
            </w:r>
          </w:p>
        </w:tc>
      </w:tr>
      <w:tr w:rsidR="002C4016" w:rsidRPr="00DF0B46" w14:paraId="2E06B6D8" w14:textId="77777777">
        <w:trPr>
          <w:cantSplit/>
          <w:trHeight w:val="620"/>
        </w:trPr>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790BE9F" w14:textId="77777777" w:rsidR="002C4016" w:rsidRPr="00DF0B46" w:rsidRDefault="00000000">
            <w:r w:rsidRPr="00DF0B46">
              <w:rPr>
                <w:rFonts w:eastAsia="Verdana"/>
                <w:i/>
                <w:color w:val="666666"/>
                <w:sz w:val="18"/>
              </w:rPr>
              <w:t>[2.]</w:t>
            </w:r>
          </w:p>
        </w:tc>
        <w:tc>
          <w:tcPr>
            <w:tcW w:w="189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6ED9973" w14:textId="77777777" w:rsidR="002C4016" w:rsidRPr="00DF0B46" w:rsidRDefault="00000000">
            <w:r w:rsidRPr="00DF0B46">
              <w:rPr>
                <w:rFonts w:eastAsia="Verdana"/>
                <w:i/>
                <w:color w:val="666666"/>
                <w:sz w:val="18"/>
              </w:rPr>
              <w:t>[Internal/external; confirmed/TBC]</w:t>
            </w:r>
          </w:p>
        </w:tc>
        <w:tc>
          <w:tcPr>
            <w:tcW w:w="264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424B9C1" w14:textId="77777777" w:rsidR="002C4016" w:rsidRPr="00DF0B46" w:rsidRDefault="00000000">
            <w:r w:rsidRPr="00DF0B46">
              <w:rPr>
                <w:rFonts w:eastAsia="Verdana"/>
                <w:i/>
                <w:color w:val="666666"/>
                <w:sz w:val="18"/>
              </w:rPr>
              <w:t>[Role]</w:t>
            </w:r>
          </w:p>
        </w:tc>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FF6E6F3" w14:textId="77777777" w:rsidR="002C4016" w:rsidRPr="00DF0B46" w:rsidRDefault="00000000">
            <w:r w:rsidRPr="00DF0B46">
              <w:rPr>
                <w:rFonts w:eastAsia="Verdana"/>
                <w:i/>
                <w:color w:val="666666"/>
                <w:sz w:val="18"/>
              </w:rPr>
              <w:t>[Concise evidence]</w:t>
            </w:r>
          </w:p>
        </w:tc>
      </w:tr>
      <w:tr w:rsidR="002C4016" w:rsidRPr="00DF0B46" w14:paraId="78F760E8" w14:textId="77777777">
        <w:trPr>
          <w:cantSplit/>
          <w:trHeight w:val="620"/>
        </w:trPr>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2A149A5" w14:textId="77777777" w:rsidR="002C4016" w:rsidRPr="00DF0B46" w:rsidRDefault="00000000">
            <w:r w:rsidRPr="00DF0B46">
              <w:rPr>
                <w:rFonts w:eastAsia="Verdana"/>
                <w:i/>
                <w:color w:val="666666"/>
                <w:sz w:val="18"/>
              </w:rPr>
              <w:t>[3.]</w:t>
            </w:r>
          </w:p>
        </w:tc>
        <w:tc>
          <w:tcPr>
            <w:tcW w:w="189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0931C3B" w14:textId="77777777" w:rsidR="002C4016" w:rsidRPr="00DF0B46" w:rsidRDefault="00000000">
            <w:r w:rsidRPr="00DF0B46">
              <w:rPr>
                <w:rFonts w:eastAsia="Verdana"/>
                <w:i/>
                <w:color w:val="666666"/>
                <w:sz w:val="18"/>
              </w:rPr>
              <w:t>[Internal/external; confirmed/TBC]</w:t>
            </w:r>
          </w:p>
        </w:tc>
        <w:tc>
          <w:tcPr>
            <w:tcW w:w="264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6AEBC60" w14:textId="77777777" w:rsidR="002C4016" w:rsidRPr="00DF0B46" w:rsidRDefault="00000000">
            <w:r w:rsidRPr="00DF0B46">
              <w:rPr>
                <w:rFonts w:eastAsia="Verdana"/>
                <w:i/>
                <w:color w:val="666666"/>
                <w:sz w:val="18"/>
              </w:rPr>
              <w:t>[Role]</w:t>
            </w:r>
          </w:p>
        </w:tc>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87DB0E1" w14:textId="77777777" w:rsidR="002C4016" w:rsidRPr="00DF0B46" w:rsidRDefault="00000000">
            <w:r w:rsidRPr="00DF0B46">
              <w:rPr>
                <w:rFonts w:eastAsia="Verdana"/>
                <w:i/>
                <w:color w:val="666666"/>
                <w:sz w:val="18"/>
              </w:rPr>
              <w:t>[Concise evidence]</w:t>
            </w:r>
          </w:p>
        </w:tc>
      </w:tr>
      <w:tr w:rsidR="002C4016" w:rsidRPr="00DF0B46" w14:paraId="7CAE4837" w14:textId="77777777">
        <w:trPr>
          <w:cantSplit/>
          <w:trHeight w:val="620"/>
        </w:trPr>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54D94D3" w14:textId="77777777" w:rsidR="002C4016" w:rsidRPr="00DF0B46" w:rsidRDefault="00000000">
            <w:r w:rsidRPr="00DF0B46">
              <w:rPr>
                <w:rFonts w:eastAsia="Verdana"/>
                <w:i/>
                <w:color w:val="666666"/>
                <w:sz w:val="18"/>
              </w:rPr>
              <w:t>[4.]</w:t>
            </w:r>
          </w:p>
        </w:tc>
        <w:tc>
          <w:tcPr>
            <w:tcW w:w="189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C5335E6" w14:textId="77777777" w:rsidR="002C4016" w:rsidRPr="00DF0B46" w:rsidRDefault="00000000">
            <w:r w:rsidRPr="00DF0B46">
              <w:rPr>
                <w:rFonts w:eastAsia="Verdana"/>
                <w:i/>
                <w:color w:val="666666"/>
                <w:sz w:val="18"/>
              </w:rPr>
              <w:t>[Internal/external; confirmed/TBC]</w:t>
            </w:r>
          </w:p>
        </w:tc>
        <w:tc>
          <w:tcPr>
            <w:tcW w:w="264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F478AD4" w14:textId="77777777" w:rsidR="002C4016" w:rsidRPr="00DF0B46" w:rsidRDefault="00000000">
            <w:r w:rsidRPr="00DF0B46">
              <w:rPr>
                <w:rFonts w:eastAsia="Verdana"/>
                <w:i/>
                <w:color w:val="666666"/>
                <w:sz w:val="18"/>
              </w:rPr>
              <w:t>[Role]</w:t>
            </w:r>
          </w:p>
        </w:tc>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6A5AB6C" w14:textId="77777777" w:rsidR="002C4016" w:rsidRPr="00DF0B46" w:rsidRDefault="00000000">
            <w:r w:rsidRPr="00DF0B46">
              <w:rPr>
                <w:rFonts w:eastAsia="Verdana"/>
                <w:i/>
                <w:color w:val="666666"/>
                <w:sz w:val="18"/>
              </w:rPr>
              <w:t>[Concise evidence]</w:t>
            </w:r>
          </w:p>
        </w:tc>
      </w:tr>
      <w:tr w:rsidR="002C4016" w:rsidRPr="00DF0B46" w14:paraId="169971AA" w14:textId="77777777">
        <w:trPr>
          <w:cantSplit/>
          <w:trHeight w:val="620"/>
        </w:trPr>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5155B18" w14:textId="77777777" w:rsidR="002C4016" w:rsidRPr="00DF0B46" w:rsidRDefault="00000000">
            <w:r w:rsidRPr="00DF0B46">
              <w:rPr>
                <w:rFonts w:eastAsia="Verdana"/>
                <w:i/>
                <w:color w:val="666666"/>
                <w:sz w:val="18"/>
              </w:rPr>
              <w:t>[5.]</w:t>
            </w:r>
          </w:p>
        </w:tc>
        <w:tc>
          <w:tcPr>
            <w:tcW w:w="189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F547DF6" w14:textId="77777777" w:rsidR="002C4016" w:rsidRPr="00DF0B46" w:rsidRDefault="00000000">
            <w:r w:rsidRPr="00DF0B46">
              <w:rPr>
                <w:rFonts w:eastAsia="Verdana"/>
                <w:i/>
                <w:color w:val="666666"/>
                <w:sz w:val="18"/>
              </w:rPr>
              <w:t>[Internal/external; confirmed/TBC]</w:t>
            </w:r>
          </w:p>
        </w:tc>
        <w:tc>
          <w:tcPr>
            <w:tcW w:w="264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7122D4" w14:textId="77777777" w:rsidR="002C4016" w:rsidRPr="00DF0B46" w:rsidRDefault="00000000">
            <w:r w:rsidRPr="00DF0B46">
              <w:rPr>
                <w:rFonts w:eastAsia="Verdana"/>
                <w:i/>
                <w:color w:val="666666"/>
                <w:sz w:val="18"/>
              </w:rPr>
              <w:t>[Role]</w:t>
            </w:r>
          </w:p>
        </w:tc>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A51FE66" w14:textId="77777777" w:rsidR="002C4016" w:rsidRPr="00DF0B46" w:rsidRDefault="00000000">
            <w:r w:rsidRPr="00DF0B46">
              <w:rPr>
                <w:rFonts w:eastAsia="Verdana"/>
                <w:i/>
                <w:color w:val="666666"/>
                <w:sz w:val="18"/>
              </w:rPr>
              <w:t>[Concise evidence]</w:t>
            </w:r>
          </w:p>
        </w:tc>
      </w:tr>
      <w:tr w:rsidR="002C4016" w:rsidRPr="00DF0B46" w14:paraId="79CFB0EE" w14:textId="77777777">
        <w:trPr>
          <w:cantSplit/>
          <w:trHeight w:val="620"/>
        </w:trPr>
        <w:tc>
          <w:tcPr>
            <w:tcW w:w="219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7AA3BBC" w14:textId="77777777" w:rsidR="002C4016" w:rsidRPr="00DF0B46" w:rsidRDefault="00000000">
            <w:r w:rsidRPr="00DF0B46">
              <w:rPr>
                <w:rFonts w:eastAsia="Verdana"/>
                <w:i/>
                <w:color w:val="666666"/>
                <w:sz w:val="18"/>
              </w:rPr>
              <w:t>[6.]</w:t>
            </w:r>
          </w:p>
        </w:tc>
        <w:tc>
          <w:tcPr>
            <w:tcW w:w="189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8C25EE1" w14:textId="77777777" w:rsidR="002C4016" w:rsidRPr="00DF0B46" w:rsidRDefault="00000000">
            <w:r w:rsidRPr="00DF0B46">
              <w:rPr>
                <w:rFonts w:eastAsia="Verdana"/>
                <w:i/>
                <w:color w:val="666666"/>
                <w:sz w:val="18"/>
              </w:rPr>
              <w:t>[Internal/external; confirmed/TBC]</w:t>
            </w:r>
          </w:p>
        </w:tc>
        <w:tc>
          <w:tcPr>
            <w:tcW w:w="264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3BED7CC" w14:textId="77777777" w:rsidR="002C4016" w:rsidRPr="00DF0B46" w:rsidRDefault="00000000">
            <w:r w:rsidRPr="00DF0B46">
              <w:rPr>
                <w:rFonts w:eastAsia="Verdana"/>
                <w:i/>
                <w:color w:val="666666"/>
                <w:sz w:val="18"/>
              </w:rPr>
              <w:t>[Role]</w:t>
            </w:r>
          </w:p>
        </w:tc>
        <w:tc>
          <w:tcPr>
            <w:tcW w:w="234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B6982E7" w14:textId="77777777" w:rsidR="002C4016" w:rsidRPr="00DF0B46" w:rsidRDefault="00000000">
            <w:r w:rsidRPr="00DF0B46">
              <w:rPr>
                <w:rFonts w:eastAsia="Verdana"/>
                <w:i/>
                <w:color w:val="666666"/>
                <w:sz w:val="18"/>
              </w:rPr>
              <w:t>[Concise evidence]</w:t>
            </w:r>
          </w:p>
        </w:tc>
      </w:tr>
    </w:tbl>
    <w:p w14:paraId="2FC39293" w14:textId="77777777" w:rsidR="002C4016" w:rsidRPr="00DF0B46" w:rsidRDefault="002C4016">
      <w:pPr>
        <w:spacing w:after="100" w:line="168" w:lineRule="auto"/>
      </w:pPr>
    </w:p>
    <w:p w14:paraId="7CDACB78" w14:textId="77777777" w:rsidR="002C4016" w:rsidRPr="00DF0B46" w:rsidRDefault="00000000">
      <w:pPr>
        <w:pStyle w:val="Heading2"/>
        <w:rPr>
          <w:rFonts w:ascii="Goethe FF Clan" w:hAnsi="Goethe FF Clan"/>
        </w:rPr>
      </w:pPr>
      <w:bookmarkStart w:id="14" w:name="_Toc236816165"/>
      <w:r w:rsidRPr="00DF0B46">
        <w:rPr>
          <w:rFonts w:ascii="Goethe FF Clan" w:eastAsia="Goethe FF Clan" w:hAnsi="Goethe FF Clan"/>
        </w:rPr>
        <w:t>Operational delivery and participant support</w:t>
      </w:r>
      <w:bookmarkEnd w:id="14"/>
    </w:p>
    <w:p w14:paraId="70BCB207" w14:textId="77777777" w:rsidR="002C4016" w:rsidRPr="00DF0B46" w:rsidRDefault="00000000">
      <w:pPr>
        <w:keepNext/>
        <w:spacing w:after="80"/>
      </w:pPr>
      <w:r w:rsidRPr="00DF0B46">
        <w:rPr>
          <w:rFonts w:eastAsia="Goethe FF Clan"/>
          <w:i/>
          <w:color w:val="666666"/>
          <w:sz w:val="17"/>
        </w:rPr>
        <w:t xml:space="preserve">Explain how locations and formats will be selected and how delivery will remain credible across all participating countries and communities. Address travel, accommodation, visas, insurance, subsistence, venues, technical support, participant communication, English-language delivery, accessibility and safeguarding; security and mobility constraints; selection and </w:t>
      </w:r>
      <w:r w:rsidRPr="00DF0B46">
        <w:rPr>
          <w:rFonts w:eastAsia="Goethe FF Clan"/>
          <w:i/>
          <w:color w:val="666666"/>
          <w:sz w:val="17"/>
        </w:rPr>
        <w:lastRenderedPageBreak/>
        <w:t xml:space="preserve">management of external experts/providers; and arrangements ensuring that participants and their </w:t>
      </w:r>
      <w:proofErr w:type="spellStart"/>
      <w:r w:rsidRPr="00DF0B46">
        <w:rPr>
          <w:rFonts w:eastAsia="Goethe FF Clan"/>
          <w:i/>
          <w:color w:val="666666"/>
          <w:sz w:val="17"/>
        </w:rPr>
        <w:t>organisations</w:t>
      </w:r>
      <w:proofErr w:type="spellEnd"/>
      <w:r w:rsidRPr="00DF0B46">
        <w:rPr>
          <w:rFonts w:eastAsia="Goethe FF Clan"/>
          <w:i/>
          <w:color w:val="666666"/>
          <w:sz w:val="17"/>
        </w:rPr>
        <w:t xml:space="preserve"> do not finance essential participation costs.</w:t>
      </w:r>
    </w:p>
    <w:tbl>
      <w:tblPr>
        <w:tblW w:w="9072" w:type="dxa"/>
        <w:tblInd w:w="120" w:type="dxa"/>
        <w:tblLayout w:type="fixed"/>
        <w:tblLook w:val="04A0" w:firstRow="1" w:lastRow="0" w:firstColumn="1" w:lastColumn="0" w:noHBand="0" w:noVBand="1"/>
      </w:tblPr>
      <w:tblGrid>
        <w:gridCol w:w="9072"/>
      </w:tblGrid>
      <w:tr w:rsidR="002C4016" w:rsidRPr="00DF0B46" w14:paraId="23F72DA8" w14:textId="77777777">
        <w:trPr>
          <w:cantSplit/>
          <w:trHeight w:val="34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1206A511" w14:textId="77777777" w:rsidR="002C4016" w:rsidRPr="00DF0B46" w:rsidRDefault="00000000">
            <w:r w:rsidRPr="00DF0B46">
              <w:rPr>
                <w:rFonts w:eastAsia="Verdana"/>
                <w:i/>
                <w:color w:val="666666"/>
              </w:rPr>
              <w:t>Click here and enter your response.</w:t>
            </w:r>
          </w:p>
        </w:tc>
      </w:tr>
    </w:tbl>
    <w:p w14:paraId="5C9F4D83" w14:textId="77777777" w:rsidR="002C4016" w:rsidRPr="00DF0B46" w:rsidRDefault="002C4016">
      <w:pPr>
        <w:spacing w:after="80" w:line="168" w:lineRule="auto"/>
      </w:pPr>
    </w:p>
    <w:p w14:paraId="666D7F5E" w14:textId="77777777" w:rsidR="002C4016" w:rsidRPr="00DF0B46" w:rsidRDefault="00000000">
      <w:pPr>
        <w:pStyle w:val="Heading2"/>
        <w:rPr>
          <w:rFonts w:ascii="Goethe FF Clan" w:hAnsi="Goethe FF Clan"/>
        </w:rPr>
      </w:pPr>
      <w:bookmarkStart w:id="15" w:name="_Toc236816166"/>
      <w:r w:rsidRPr="00DF0B46">
        <w:rPr>
          <w:rFonts w:ascii="Goethe FF Clan" w:eastAsia="Goethe FF Clan" w:hAnsi="Goethe FF Clan"/>
        </w:rPr>
        <w:t>Critical risks</w:t>
      </w:r>
      <w:bookmarkEnd w:id="15"/>
    </w:p>
    <w:p w14:paraId="11BC1EC1" w14:textId="77777777" w:rsidR="002C4016" w:rsidRPr="00DF0B46" w:rsidRDefault="00000000">
      <w:pPr>
        <w:keepNext/>
        <w:spacing w:after="80"/>
      </w:pPr>
      <w:r w:rsidRPr="00DF0B46">
        <w:rPr>
          <w:rFonts w:eastAsia="Goethe FF Clan"/>
          <w:i/>
          <w:color w:val="666666"/>
          <w:sz w:val="17"/>
        </w:rPr>
        <w:t>Identify the principal contextual, operational, access, quality, financial or governance risks. Add rows only where necessary.</w:t>
      </w:r>
    </w:p>
    <w:tbl>
      <w:tblPr>
        <w:tblW w:w="9072" w:type="dxa"/>
        <w:tblInd w:w="120" w:type="dxa"/>
        <w:tblLayout w:type="fixed"/>
        <w:tblLook w:val="04A0" w:firstRow="1" w:lastRow="0" w:firstColumn="1" w:lastColumn="0" w:noHBand="0" w:noVBand="1"/>
      </w:tblPr>
      <w:tblGrid>
        <w:gridCol w:w="1966"/>
        <w:gridCol w:w="1361"/>
        <w:gridCol w:w="1134"/>
        <w:gridCol w:w="3402"/>
        <w:gridCol w:w="1209"/>
      </w:tblGrid>
      <w:tr w:rsidR="002C4016" w:rsidRPr="00DF0B46" w14:paraId="3261EBAF" w14:textId="77777777" w:rsidTr="00D85047">
        <w:trPr>
          <w:cantSplit/>
          <w:trHeight w:val="600"/>
          <w:tblHeader/>
        </w:trPr>
        <w:tc>
          <w:tcPr>
            <w:tcW w:w="1966"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8F49146" w14:textId="77777777" w:rsidR="002C4016" w:rsidRPr="00DF0B46" w:rsidRDefault="00000000">
            <w:r w:rsidRPr="00DF0B46">
              <w:rPr>
                <w:rFonts w:eastAsia="Goethe FF Clan"/>
                <w:b/>
                <w:color w:val="FFFFFF"/>
                <w:sz w:val="17"/>
              </w:rPr>
              <w:t>Risk</w:t>
            </w:r>
          </w:p>
        </w:tc>
        <w:tc>
          <w:tcPr>
            <w:tcW w:w="1361"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59762F5A" w14:textId="77777777" w:rsidR="002C4016" w:rsidRPr="00DF0B46" w:rsidRDefault="00000000">
            <w:pPr>
              <w:jc w:val="center"/>
            </w:pPr>
            <w:r w:rsidRPr="00DF0B46">
              <w:rPr>
                <w:rFonts w:eastAsia="Goethe FF Clan"/>
                <w:b/>
                <w:color w:val="FFFFFF"/>
                <w:sz w:val="17"/>
              </w:rPr>
              <w:t>Likelihood (H/M/L)</w:t>
            </w:r>
          </w:p>
        </w:tc>
        <w:tc>
          <w:tcPr>
            <w:tcW w:w="113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26037287" w14:textId="77777777" w:rsidR="002C4016" w:rsidRPr="00DF0B46" w:rsidRDefault="00000000">
            <w:pPr>
              <w:jc w:val="center"/>
            </w:pPr>
            <w:r w:rsidRPr="00DF0B46">
              <w:rPr>
                <w:rFonts w:eastAsia="Goethe FF Clan"/>
                <w:b/>
                <w:color w:val="FFFFFF"/>
                <w:sz w:val="17"/>
              </w:rPr>
              <w:t>Impact (H/M/L)</w:t>
            </w:r>
          </w:p>
        </w:tc>
        <w:tc>
          <w:tcPr>
            <w:tcW w:w="340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D4D6EEB" w14:textId="77777777" w:rsidR="002C4016" w:rsidRPr="00DF0B46" w:rsidRDefault="00000000">
            <w:pPr>
              <w:jc w:val="center"/>
            </w:pPr>
            <w:r w:rsidRPr="00DF0B46">
              <w:rPr>
                <w:rFonts w:eastAsia="Goethe FF Clan"/>
                <w:b/>
                <w:color w:val="FFFFFF"/>
                <w:sz w:val="17"/>
              </w:rPr>
              <w:t>Mitigation and contingency measure</w:t>
            </w:r>
          </w:p>
        </w:tc>
        <w:tc>
          <w:tcPr>
            <w:tcW w:w="1209"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EA53152" w14:textId="77777777" w:rsidR="002C4016" w:rsidRPr="00DF0B46" w:rsidRDefault="00000000">
            <w:pPr>
              <w:jc w:val="center"/>
            </w:pPr>
            <w:r w:rsidRPr="00DF0B46">
              <w:rPr>
                <w:rFonts w:eastAsia="Goethe FF Clan"/>
                <w:b/>
                <w:color w:val="FFFFFF"/>
                <w:sz w:val="17"/>
              </w:rPr>
              <w:t>Owner</w:t>
            </w:r>
          </w:p>
        </w:tc>
      </w:tr>
      <w:tr w:rsidR="002C4016" w:rsidRPr="00DF0B46" w14:paraId="30C48805" w14:textId="77777777">
        <w:trPr>
          <w:cantSplit/>
          <w:trHeight w:val="600"/>
        </w:trPr>
        <w:tc>
          <w:tcPr>
            <w:tcW w:w="196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19B6AB1" w14:textId="77777777" w:rsidR="002C4016" w:rsidRPr="00DF0B46" w:rsidRDefault="00000000">
            <w:r w:rsidRPr="00DF0B46">
              <w:rPr>
                <w:rFonts w:eastAsia="Verdana"/>
                <w:i/>
                <w:color w:val="666666"/>
                <w:sz w:val="18"/>
              </w:rPr>
              <w:t>[Risk]</w:t>
            </w:r>
          </w:p>
        </w:tc>
        <w:tc>
          <w:tcPr>
            <w:tcW w:w="136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2590B7F" w14:textId="77777777" w:rsidR="002C4016" w:rsidRPr="00DF0B46" w:rsidRDefault="00000000">
            <w:r w:rsidRPr="00DF0B46">
              <w:rPr>
                <w:rFonts w:eastAsia="Verdana"/>
                <w:i/>
                <w:color w:val="666666"/>
                <w:sz w:val="18"/>
              </w:rPr>
              <w:t>[H/M/L]</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D1B0970" w14:textId="77777777" w:rsidR="002C4016" w:rsidRPr="00DF0B46" w:rsidRDefault="00000000">
            <w:r w:rsidRPr="00DF0B46">
              <w:rPr>
                <w:rFonts w:eastAsia="Verdana"/>
                <w:i/>
                <w:color w:val="666666"/>
                <w:sz w:val="18"/>
              </w:rPr>
              <w:t>[H/M/L]</w:t>
            </w:r>
          </w:p>
        </w:tc>
        <w:tc>
          <w:tcPr>
            <w:tcW w:w="340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145E2BA" w14:textId="77777777" w:rsidR="002C4016" w:rsidRPr="00DF0B46" w:rsidRDefault="00000000">
            <w:r w:rsidRPr="00DF0B46">
              <w:rPr>
                <w:rFonts w:eastAsia="Verdana"/>
                <w:i/>
                <w:color w:val="666666"/>
                <w:sz w:val="18"/>
              </w:rPr>
              <w:t>[Measure]</w:t>
            </w:r>
          </w:p>
        </w:tc>
        <w:tc>
          <w:tcPr>
            <w:tcW w:w="120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117FFFE" w14:textId="77777777" w:rsidR="002C4016" w:rsidRPr="00DF0B46" w:rsidRDefault="00000000">
            <w:r w:rsidRPr="00DF0B46">
              <w:rPr>
                <w:rFonts w:eastAsia="Verdana"/>
                <w:i/>
                <w:color w:val="666666"/>
                <w:sz w:val="18"/>
              </w:rPr>
              <w:t>[Owner]</w:t>
            </w:r>
          </w:p>
        </w:tc>
      </w:tr>
      <w:tr w:rsidR="002C4016" w:rsidRPr="00DF0B46" w14:paraId="5F86A5C7" w14:textId="77777777">
        <w:trPr>
          <w:cantSplit/>
          <w:trHeight w:val="600"/>
        </w:trPr>
        <w:tc>
          <w:tcPr>
            <w:tcW w:w="196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EA2EBFF" w14:textId="77777777" w:rsidR="002C4016" w:rsidRPr="00DF0B46" w:rsidRDefault="00000000">
            <w:r w:rsidRPr="00DF0B46">
              <w:rPr>
                <w:rFonts w:eastAsia="Verdana"/>
                <w:i/>
                <w:color w:val="666666"/>
                <w:sz w:val="18"/>
              </w:rPr>
              <w:t>[Risk]</w:t>
            </w:r>
          </w:p>
        </w:tc>
        <w:tc>
          <w:tcPr>
            <w:tcW w:w="136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B44A114" w14:textId="77777777" w:rsidR="002C4016" w:rsidRPr="00DF0B46" w:rsidRDefault="00000000">
            <w:r w:rsidRPr="00DF0B46">
              <w:rPr>
                <w:rFonts w:eastAsia="Verdana"/>
                <w:i/>
                <w:color w:val="666666"/>
                <w:sz w:val="18"/>
              </w:rPr>
              <w:t>[H/M/L]</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2E45775" w14:textId="77777777" w:rsidR="002C4016" w:rsidRPr="00DF0B46" w:rsidRDefault="00000000">
            <w:r w:rsidRPr="00DF0B46">
              <w:rPr>
                <w:rFonts w:eastAsia="Verdana"/>
                <w:i/>
                <w:color w:val="666666"/>
                <w:sz w:val="18"/>
              </w:rPr>
              <w:t>[H/M/L]</w:t>
            </w:r>
          </w:p>
        </w:tc>
        <w:tc>
          <w:tcPr>
            <w:tcW w:w="340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CFBD927" w14:textId="77777777" w:rsidR="002C4016" w:rsidRPr="00DF0B46" w:rsidRDefault="00000000">
            <w:r w:rsidRPr="00DF0B46">
              <w:rPr>
                <w:rFonts w:eastAsia="Verdana"/>
                <w:i/>
                <w:color w:val="666666"/>
                <w:sz w:val="18"/>
              </w:rPr>
              <w:t>[Measure]</w:t>
            </w:r>
          </w:p>
        </w:tc>
        <w:tc>
          <w:tcPr>
            <w:tcW w:w="120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4C6891B" w14:textId="77777777" w:rsidR="002C4016" w:rsidRPr="00DF0B46" w:rsidRDefault="00000000">
            <w:r w:rsidRPr="00DF0B46">
              <w:rPr>
                <w:rFonts w:eastAsia="Verdana"/>
                <w:i/>
                <w:color w:val="666666"/>
                <w:sz w:val="18"/>
              </w:rPr>
              <w:t>[Owner]</w:t>
            </w:r>
          </w:p>
        </w:tc>
      </w:tr>
      <w:tr w:rsidR="002C4016" w:rsidRPr="00DF0B46" w14:paraId="1A99D3E2" w14:textId="77777777">
        <w:trPr>
          <w:cantSplit/>
          <w:trHeight w:val="600"/>
        </w:trPr>
        <w:tc>
          <w:tcPr>
            <w:tcW w:w="196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B929C62" w14:textId="77777777" w:rsidR="002C4016" w:rsidRPr="00DF0B46" w:rsidRDefault="00000000">
            <w:r w:rsidRPr="00DF0B46">
              <w:rPr>
                <w:rFonts w:eastAsia="Verdana"/>
                <w:i/>
                <w:color w:val="666666"/>
                <w:sz w:val="18"/>
              </w:rPr>
              <w:t>[Risk]</w:t>
            </w:r>
          </w:p>
        </w:tc>
        <w:tc>
          <w:tcPr>
            <w:tcW w:w="136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2863451" w14:textId="77777777" w:rsidR="002C4016" w:rsidRPr="00DF0B46" w:rsidRDefault="00000000">
            <w:r w:rsidRPr="00DF0B46">
              <w:rPr>
                <w:rFonts w:eastAsia="Verdana"/>
                <w:i/>
                <w:color w:val="666666"/>
                <w:sz w:val="18"/>
              </w:rPr>
              <w:t>[H/M/L]</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191E3AB" w14:textId="77777777" w:rsidR="002C4016" w:rsidRPr="00DF0B46" w:rsidRDefault="00000000">
            <w:r w:rsidRPr="00DF0B46">
              <w:rPr>
                <w:rFonts w:eastAsia="Verdana"/>
                <w:i/>
                <w:color w:val="666666"/>
                <w:sz w:val="18"/>
              </w:rPr>
              <w:t>[H/M/L]</w:t>
            </w:r>
          </w:p>
        </w:tc>
        <w:tc>
          <w:tcPr>
            <w:tcW w:w="340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4D7BB3C" w14:textId="77777777" w:rsidR="002C4016" w:rsidRPr="00DF0B46" w:rsidRDefault="00000000">
            <w:r w:rsidRPr="00DF0B46">
              <w:rPr>
                <w:rFonts w:eastAsia="Verdana"/>
                <w:i/>
                <w:color w:val="666666"/>
                <w:sz w:val="18"/>
              </w:rPr>
              <w:t>[Measure]</w:t>
            </w:r>
          </w:p>
        </w:tc>
        <w:tc>
          <w:tcPr>
            <w:tcW w:w="120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336DBC4" w14:textId="77777777" w:rsidR="002C4016" w:rsidRPr="00DF0B46" w:rsidRDefault="00000000">
            <w:r w:rsidRPr="00DF0B46">
              <w:rPr>
                <w:rFonts w:eastAsia="Verdana"/>
                <w:i/>
                <w:color w:val="666666"/>
                <w:sz w:val="18"/>
              </w:rPr>
              <w:t>[Owner]</w:t>
            </w:r>
          </w:p>
        </w:tc>
      </w:tr>
      <w:tr w:rsidR="002C4016" w:rsidRPr="00DF0B46" w14:paraId="284C5CA2" w14:textId="77777777">
        <w:trPr>
          <w:cantSplit/>
          <w:trHeight w:val="600"/>
        </w:trPr>
        <w:tc>
          <w:tcPr>
            <w:tcW w:w="196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A624B50" w14:textId="77777777" w:rsidR="002C4016" w:rsidRPr="00DF0B46" w:rsidRDefault="00000000">
            <w:r w:rsidRPr="00DF0B46">
              <w:rPr>
                <w:rFonts w:eastAsia="Verdana"/>
                <w:i/>
                <w:color w:val="666666"/>
                <w:sz w:val="18"/>
              </w:rPr>
              <w:t>[Risk]</w:t>
            </w:r>
          </w:p>
        </w:tc>
        <w:tc>
          <w:tcPr>
            <w:tcW w:w="136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EFF71B" w14:textId="77777777" w:rsidR="002C4016" w:rsidRPr="00DF0B46" w:rsidRDefault="00000000">
            <w:r w:rsidRPr="00DF0B46">
              <w:rPr>
                <w:rFonts w:eastAsia="Verdana"/>
                <w:i/>
                <w:color w:val="666666"/>
                <w:sz w:val="18"/>
              </w:rPr>
              <w:t>[H/M/L]</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BE7A5BE" w14:textId="77777777" w:rsidR="002C4016" w:rsidRPr="00DF0B46" w:rsidRDefault="00000000">
            <w:r w:rsidRPr="00DF0B46">
              <w:rPr>
                <w:rFonts w:eastAsia="Verdana"/>
                <w:i/>
                <w:color w:val="666666"/>
                <w:sz w:val="18"/>
              </w:rPr>
              <w:t>[H/M/L]</w:t>
            </w:r>
          </w:p>
        </w:tc>
        <w:tc>
          <w:tcPr>
            <w:tcW w:w="340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0CE492E" w14:textId="77777777" w:rsidR="002C4016" w:rsidRPr="00DF0B46" w:rsidRDefault="00000000">
            <w:r w:rsidRPr="00DF0B46">
              <w:rPr>
                <w:rFonts w:eastAsia="Verdana"/>
                <w:i/>
                <w:color w:val="666666"/>
                <w:sz w:val="18"/>
              </w:rPr>
              <w:t>[Measure]</w:t>
            </w:r>
          </w:p>
        </w:tc>
        <w:tc>
          <w:tcPr>
            <w:tcW w:w="120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4DA5DC6" w14:textId="77777777" w:rsidR="002C4016" w:rsidRPr="00DF0B46" w:rsidRDefault="00000000">
            <w:r w:rsidRPr="00DF0B46">
              <w:rPr>
                <w:rFonts w:eastAsia="Verdana"/>
                <w:i/>
                <w:color w:val="666666"/>
                <w:sz w:val="18"/>
              </w:rPr>
              <w:t>[Owner]</w:t>
            </w:r>
          </w:p>
        </w:tc>
      </w:tr>
      <w:tr w:rsidR="002C4016" w:rsidRPr="00DF0B46" w14:paraId="759EA60E" w14:textId="77777777">
        <w:trPr>
          <w:cantSplit/>
          <w:trHeight w:val="600"/>
        </w:trPr>
        <w:tc>
          <w:tcPr>
            <w:tcW w:w="1966"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48A7551" w14:textId="77777777" w:rsidR="002C4016" w:rsidRPr="00DF0B46" w:rsidRDefault="00000000">
            <w:r w:rsidRPr="00DF0B46">
              <w:rPr>
                <w:rFonts w:eastAsia="Verdana"/>
                <w:i/>
                <w:color w:val="666666"/>
                <w:sz w:val="18"/>
              </w:rPr>
              <w:t>[Risk]</w:t>
            </w:r>
          </w:p>
        </w:tc>
        <w:tc>
          <w:tcPr>
            <w:tcW w:w="136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EC35C53" w14:textId="77777777" w:rsidR="002C4016" w:rsidRPr="00DF0B46" w:rsidRDefault="00000000">
            <w:r w:rsidRPr="00DF0B46">
              <w:rPr>
                <w:rFonts w:eastAsia="Verdana"/>
                <w:i/>
                <w:color w:val="666666"/>
                <w:sz w:val="18"/>
              </w:rPr>
              <w:t>[H/M/L]</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B9A2F6" w14:textId="77777777" w:rsidR="002C4016" w:rsidRPr="00DF0B46" w:rsidRDefault="00000000">
            <w:r w:rsidRPr="00DF0B46">
              <w:rPr>
                <w:rFonts w:eastAsia="Verdana"/>
                <w:i/>
                <w:color w:val="666666"/>
                <w:sz w:val="18"/>
              </w:rPr>
              <w:t>[H/M/L]</w:t>
            </w:r>
          </w:p>
        </w:tc>
        <w:tc>
          <w:tcPr>
            <w:tcW w:w="340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7AD83CB" w14:textId="77777777" w:rsidR="002C4016" w:rsidRPr="00DF0B46" w:rsidRDefault="00000000">
            <w:r w:rsidRPr="00DF0B46">
              <w:rPr>
                <w:rFonts w:eastAsia="Verdana"/>
                <w:i/>
                <w:color w:val="666666"/>
                <w:sz w:val="18"/>
              </w:rPr>
              <w:t>[Measure]</w:t>
            </w:r>
          </w:p>
        </w:tc>
        <w:tc>
          <w:tcPr>
            <w:tcW w:w="120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6A5E714" w14:textId="77777777" w:rsidR="002C4016" w:rsidRPr="00DF0B46" w:rsidRDefault="00000000">
            <w:r w:rsidRPr="00DF0B46">
              <w:rPr>
                <w:rFonts w:eastAsia="Verdana"/>
                <w:i/>
                <w:color w:val="666666"/>
                <w:sz w:val="18"/>
              </w:rPr>
              <w:t>[Owner]</w:t>
            </w:r>
          </w:p>
        </w:tc>
      </w:tr>
    </w:tbl>
    <w:p w14:paraId="62556557" w14:textId="77777777" w:rsidR="002C4016" w:rsidRPr="00DF0B46" w:rsidRDefault="002C4016">
      <w:pPr>
        <w:spacing w:after="100" w:line="168" w:lineRule="auto"/>
      </w:pPr>
    </w:p>
    <w:p w14:paraId="011D96FF" w14:textId="77777777" w:rsidR="002C4016" w:rsidRPr="00DF0B46" w:rsidRDefault="00000000">
      <w:pPr>
        <w:pStyle w:val="Heading2"/>
        <w:rPr>
          <w:rFonts w:ascii="Goethe FF Clan" w:hAnsi="Goethe FF Clan"/>
        </w:rPr>
      </w:pPr>
      <w:bookmarkStart w:id="16" w:name="_Toc236816167"/>
      <w:r w:rsidRPr="00DF0B46">
        <w:rPr>
          <w:rFonts w:ascii="Goethe FF Clan" w:eastAsia="Goethe FF Clan" w:hAnsi="Goethe FF Clan"/>
        </w:rPr>
        <w:t xml:space="preserve">Relevant </w:t>
      </w:r>
      <w:proofErr w:type="spellStart"/>
      <w:r w:rsidRPr="00DF0B46">
        <w:rPr>
          <w:rFonts w:ascii="Goethe FF Clan" w:eastAsia="Goethe FF Clan" w:hAnsi="Goethe FF Clan"/>
        </w:rPr>
        <w:t>organisational</w:t>
      </w:r>
      <w:proofErr w:type="spellEnd"/>
      <w:r w:rsidRPr="00DF0B46">
        <w:rPr>
          <w:rFonts w:ascii="Goethe FF Clan" w:eastAsia="Goethe FF Clan" w:hAnsi="Goethe FF Clan"/>
        </w:rPr>
        <w:t xml:space="preserve"> experience</w:t>
      </w:r>
      <w:bookmarkEnd w:id="16"/>
    </w:p>
    <w:p w14:paraId="673666B0" w14:textId="77777777" w:rsidR="002C4016" w:rsidRPr="00DF0B46" w:rsidRDefault="00000000">
      <w:pPr>
        <w:keepNext/>
        <w:spacing w:after="80"/>
      </w:pPr>
      <w:r w:rsidRPr="00DF0B46">
        <w:rPr>
          <w:rFonts w:eastAsia="Goethe FF Clan"/>
          <w:i/>
          <w:color w:val="666666"/>
          <w:sz w:val="17"/>
        </w:rPr>
        <w:t xml:space="preserve">List up to five projects that best demonstrate capacity to deliver a </w:t>
      </w:r>
      <w:proofErr w:type="spellStart"/>
      <w:r w:rsidRPr="00DF0B46">
        <w:rPr>
          <w:rFonts w:eastAsia="Goethe FF Clan"/>
          <w:i/>
          <w:color w:val="666666"/>
          <w:sz w:val="17"/>
        </w:rPr>
        <w:t>programme</w:t>
      </w:r>
      <w:proofErr w:type="spellEnd"/>
      <w:r w:rsidRPr="00DF0B46">
        <w:rPr>
          <w:rFonts w:eastAsia="Goethe FF Clan"/>
          <w:i/>
          <w:color w:val="666666"/>
          <w:sz w:val="17"/>
        </w:rPr>
        <w:t xml:space="preserve"> of comparable relevance, scale or complexity. Include projects from the consortium members responsible for substantial delivery roles. Do not provide separate lists of 'similar' and 'other' projects.</w:t>
      </w:r>
    </w:p>
    <w:tbl>
      <w:tblPr>
        <w:tblW w:w="9072" w:type="dxa"/>
        <w:tblInd w:w="120" w:type="dxa"/>
        <w:tblLayout w:type="fixed"/>
        <w:tblLook w:val="04A0" w:firstRow="1" w:lastRow="0" w:firstColumn="1" w:lastColumn="0" w:noHBand="0" w:noVBand="1"/>
      </w:tblPr>
      <w:tblGrid>
        <w:gridCol w:w="2041"/>
        <w:gridCol w:w="1663"/>
        <w:gridCol w:w="1663"/>
        <w:gridCol w:w="1134"/>
        <w:gridCol w:w="2571"/>
      </w:tblGrid>
      <w:tr w:rsidR="002C4016" w:rsidRPr="00DF0B46" w14:paraId="7B623799" w14:textId="77777777" w:rsidTr="00D85047">
        <w:trPr>
          <w:cantSplit/>
          <w:trHeight w:val="780"/>
          <w:tblHeader/>
        </w:trPr>
        <w:tc>
          <w:tcPr>
            <w:tcW w:w="2041"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2D0E54AB" w14:textId="77777777" w:rsidR="002C4016" w:rsidRPr="00DF0B46" w:rsidRDefault="00000000">
            <w:r w:rsidRPr="00DF0B46">
              <w:rPr>
                <w:rFonts w:eastAsia="Goethe FF Clan"/>
                <w:b/>
                <w:color w:val="FFFFFF"/>
                <w:sz w:val="17"/>
              </w:rPr>
              <w:t xml:space="preserve">Project / </w:t>
            </w:r>
            <w:proofErr w:type="spellStart"/>
            <w:r w:rsidRPr="00DF0B46">
              <w:rPr>
                <w:rFonts w:eastAsia="Goethe FF Clan"/>
                <w:b/>
                <w:color w:val="FFFFFF"/>
                <w:sz w:val="17"/>
              </w:rPr>
              <w:t>organisation</w:t>
            </w:r>
            <w:proofErr w:type="spellEnd"/>
          </w:p>
        </w:tc>
        <w:tc>
          <w:tcPr>
            <w:tcW w:w="1663"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9D2E430" w14:textId="77777777" w:rsidR="002C4016" w:rsidRPr="00DF0B46" w:rsidRDefault="00000000">
            <w:pPr>
              <w:jc w:val="center"/>
            </w:pPr>
            <w:r w:rsidRPr="00DF0B46">
              <w:rPr>
                <w:rFonts w:eastAsia="Goethe FF Clan"/>
                <w:b/>
                <w:color w:val="FFFFFF"/>
                <w:sz w:val="17"/>
              </w:rPr>
              <w:t>Country and period</w:t>
            </w:r>
          </w:p>
        </w:tc>
        <w:tc>
          <w:tcPr>
            <w:tcW w:w="1663"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A88C487" w14:textId="77777777" w:rsidR="002C4016" w:rsidRPr="00DF0B46" w:rsidRDefault="00000000">
            <w:pPr>
              <w:jc w:val="center"/>
            </w:pPr>
            <w:r w:rsidRPr="00DF0B46">
              <w:rPr>
                <w:rFonts w:eastAsia="Goethe FF Clan"/>
                <w:b/>
                <w:color w:val="FFFFFF"/>
                <w:sz w:val="17"/>
              </w:rPr>
              <w:t>Total value and donor</w:t>
            </w:r>
          </w:p>
        </w:tc>
        <w:tc>
          <w:tcPr>
            <w:tcW w:w="113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BE846A1" w14:textId="77777777" w:rsidR="002C4016" w:rsidRPr="00DF0B46" w:rsidRDefault="00000000">
            <w:pPr>
              <w:jc w:val="center"/>
            </w:pPr>
            <w:r w:rsidRPr="00DF0B46">
              <w:rPr>
                <w:rFonts w:eastAsia="Goethe FF Clan"/>
                <w:b/>
                <w:color w:val="FFFFFF"/>
                <w:sz w:val="17"/>
              </w:rPr>
              <w:t>Role</w:t>
            </w:r>
          </w:p>
        </w:tc>
        <w:tc>
          <w:tcPr>
            <w:tcW w:w="2571"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8EA9BA8" w14:textId="77777777" w:rsidR="002C4016" w:rsidRPr="00DF0B46" w:rsidRDefault="00000000">
            <w:pPr>
              <w:jc w:val="center"/>
            </w:pPr>
            <w:r w:rsidRPr="00DF0B46">
              <w:rPr>
                <w:rFonts w:eastAsia="Goethe FF Clan"/>
                <w:b/>
                <w:color w:val="FFFFFF"/>
                <w:sz w:val="17"/>
              </w:rPr>
              <w:t>Relevance and key results</w:t>
            </w:r>
          </w:p>
        </w:tc>
      </w:tr>
      <w:tr w:rsidR="002C4016" w:rsidRPr="00DF0B46" w14:paraId="7E0107CA" w14:textId="77777777">
        <w:trPr>
          <w:cantSplit/>
          <w:trHeight w:val="780"/>
        </w:trPr>
        <w:tc>
          <w:tcPr>
            <w:tcW w:w="204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1FBD1EF" w14:textId="77777777" w:rsidR="002C4016" w:rsidRPr="00DF0B46" w:rsidRDefault="00000000">
            <w:r w:rsidRPr="00DF0B46">
              <w:rPr>
                <w:rFonts w:eastAsia="Verdana"/>
                <w:i/>
                <w:color w:val="666666"/>
                <w:sz w:val="18"/>
              </w:rPr>
              <w:t>[Project / member]</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4B18049" w14:textId="77777777" w:rsidR="002C4016" w:rsidRPr="00DF0B46" w:rsidRDefault="00000000">
            <w:r w:rsidRPr="00DF0B46">
              <w:rPr>
                <w:rFonts w:eastAsia="Verdana"/>
                <w:i/>
                <w:color w:val="666666"/>
                <w:sz w:val="18"/>
              </w:rPr>
              <w:t>[Country; dates]</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8934EC9" w14:textId="77777777" w:rsidR="002C4016" w:rsidRPr="00DF0B46" w:rsidRDefault="00000000">
            <w:r w:rsidRPr="00DF0B46">
              <w:rPr>
                <w:rFonts w:eastAsia="Verdana"/>
                <w:i/>
                <w:color w:val="666666"/>
                <w:sz w:val="18"/>
              </w:rPr>
              <w:t>[EUR; donor]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6422C77" w14:textId="77777777" w:rsidR="002C4016" w:rsidRPr="00DF0B46" w:rsidRDefault="00000000">
            <w:r w:rsidRPr="00DF0B46">
              <w:rPr>
                <w:rFonts w:eastAsia="Verdana"/>
                <w:i/>
                <w:color w:val="666666"/>
                <w:sz w:val="18"/>
              </w:rPr>
              <w:t>[Lead/partner]</w:t>
            </w:r>
          </w:p>
        </w:tc>
        <w:tc>
          <w:tcPr>
            <w:tcW w:w="257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3B0BAF5" w14:textId="77777777" w:rsidR="002C4016" w:rsidRPr="00DF0B46" w:rsidRDefault="00000000">
            <w:r w:rsidRPr="00DF0B46">
              <w:rPr>
                <w:rFonts w:eastAsia="Verdana"/>
                <w:i/>
                <w:color w:val="666666"/>
                <w:sz w:val="18"/>
              </w:rPr>
              <w:t>[Concise evidence]</w:t>
            </w:r>
          </w:p>
        </w:tc>
      </w:tr>
      <w:tr w:rsidR="002C4016" w:rsidRPr="00DF0B46" w14:paraId="16D4CEF4" w14:textId="77777777">
        <w:trPr>
          <w:cantSplit/>
          <w:trHeight w:val="780"/>
        </w:trPr>
        <w:tc>
          <w:tcPr>
            <w:tcW w:w="204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894D8D5" w14:textId="77777777" w:rsidR="002C4016" w:rsidRPr="00DF0B46" w:rsidRDefault="00000000">
            <w:r w:rsidRPr="00DF0B46">
              <w:rPr>
                <w:rFonts w:eastAsia="Verdana"/>
                <w:i/>
                <w:color w:val="666666"/>
                <w:sz w:val="18"/>
              </w:rPr>
              <w:lastRenderedPageBreak/>
              <w:t>[Project / member]</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14F0E03" w14:textId="77777777" w:rsidR="002C4016" w:rsidRPr="00DF0B46" w:rsidRDefault="00000000">
            <w:r w:rsidRPr="00DF0B46">
              <w:rPr>
                <w:rFonts w:eastAsia="Verdana"/>
                <w:i/>
                <w:color w:val="666666"/>
                <w:sz w:val="18"/>
              </w:rPr>
              <w:t>[Country; dates]</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0D9707D" w14:textId="77777777" w:rsidR="002C4016" w:rsidRPr="00DF0B46" w:rsidRDefault="00000000">
            <w:r w:rsidRPr="00DF0B46">
              <w:rPr>
                <w:rFonts w:eastAsia="Verdana"/>
                <w:i/>
                <w:color w:val="666666"/>
                <w:sz w:val="18"/>
              </w:rPr>
              <w:t>[EUR; donor]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0BD5EBA" w14:textId="77777777" w:rsidR="002C4016" w:rsidRPr="00DF0B46" w:rsidRDefault="00000000">
            <w:r w:rsidRPr="00DF0B46">
              <w:rPr>
                <w:rFonts w:eastAsia="Verdana"/>
                <w:i/>
                <w:color w:val="666666"/>
                <w:sz w:val="18"/>
              </w:rPr>
              <w:t>[Lead/partner]</w:t>
            </w:r>
          </w:p>
        </w:tc>
        <w:tc>
          <w:tcPr>
            <w:tcW w:w="257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BE7CDF3" w14:textId="77777777" w:rsidR="002C4016" w:rsidRPr="00DF0B46" w:rsidRDefault="00000000">
            <w:r w:rsidRPr="00DF0B46">
              <w:rPr>
                <w:rFonts w:eastAsia="Verdana"/>
                <w:i/>
                <w:color w:val="666666"/>
                <w:sz w:val="18"/>
              </w:rPr>
              <w:t>[Concise evidence]</w:t>
            </w:r>
          </w:p>
        </w:tc>
      </w:tr>
      <w:tr w:rsidR="002C4016" w:rsidRPr="00DF0B46" w14:paraId="596ED523" w14:textId="77777777">
        <w:trPr>
          <w:cantSplit/>
          <w:trHeight w:val="780"/>
        </w:trPr>
        <w:tc>
          <w:tcPr>
            <w:tcW w:w="204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D141ACA" w14:textId="77777777" w:rsidR="002C4016" w:rsidRPr="00DF0B46" w:rsidRDefault="00000000">
            <w:r w:rsidRPr="00DF0B46">
              <w:rPr>
                <w:rFonts w:eastAsia="Verdana"/>
                <w:i/>
                <w:color w:val="666666"/>
                <w:sz w:val="18"/>
              </w:rPr>
              <w:t>[Project / member]</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754A169" w14:textId="77777777" w:rsidR="002C4016" w:rsidRPr="00DF0B46" w:rsidRDefault="00000000">
            <w:r w:rsidRPr="00DF0B46">
              <w:rPr>
                <w:rFonts w:eastAsia="Verdana"/>
                <w:i/>
                <w:color w:val="666666"/>
                <w:sz w:val="18"/>
              </w:rPr>
              <w:t>[Country; dates]</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4C0ED85" w14:textId="77777777" w:rsidR="002C4016" w:rsidRPr="00DF0B46" w:rsidRDefault="00000000">
            <w:r w:rsidRPr="00DF0B46">
              <w:rPr>
                <w:rFonts w:eastAsia="Verdana"/>
                <w:i/>
                <w:color w:val="666666"/>
                <w:sz w:val="18"/>
              </w:rPr>
              <w:t>[EUR; donor]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864DFE3" w14:textId="77777777" w:rsidR="002C4016" w:rsidRPr="00DF0B46" w:rsidRDefault="00000000">
            <w:r w:rsidRPr="00DF0B46">
              <w:rPr>
                <w:rFonts w:eastAsia="Verdana"/>
                <w:i/>
                <w:color w:val="666666"/>
                <w:sz w:val="18"/>
              </w:rPr>
              <w:t>[Lead/partner]</w:t>
            </w:r>
          </w:p>
        </w:tc>
        <w:tc>
          <w:tcPr>
            <w:tcW w:w="257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0EDAF67" w14:textId="77777777" w:rsidR="002C4016" w:rsidRPr="00DF0B46" w:rsidRDefault="00000000">
            <w:r w:rsidRPr="00DF0B46">
              <w:rPr>
                <w:rFonts w:eastAsia="Verdana"/>
                <w:i/>
                <w:color w:val="666666"/>
                <w:sz w:val="18"/>
              </w:rPr>
              <w:t>[Concise evidence]</w:t>
            </w:r>
          </w:p>
        </w:tc>
      </w:tr>
      <w:tr w:rsidR="002C4016" w:rsidRPr="00DF0B46" w14:paraId="5432DC04" w14:textId="77777777">
        <w:trPr>
          <w:cantSplit/>
          <w:trHeight w:val="780"/>
        </w:trPr>
        <w:tc>
          <w:tcPr>
            <w:tcW w:w="204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BF38DF0" w14:textId="77777777" w:rsidR="002C4016" w:rsidRPr="00DF0B46" w:rsidRDefault="00000000">
            <w:r w:rsidRPr="00DF0B46">
              <w:rPr>
                <w:rFonts w:eastAsia="Verdana"/>
                <w:i/>
                <w:color w:val="666666"/>
                <w:sz w:val="18"/>
              </w:rPr>
              <w:t>[Project / member]</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998EB15" w14:textId="77777777" w:rsidR="002C4016" w:rsidRPr="00DF0B46" w:rsidRDefault="00000000">
            <w:r w:rsidRPr="00DF0B46">
              <w:rPr>
                <w:rFonts w:eastAsia="Verdana"/>
                <w:i/>
                <w:color w:val="666666"/>
                <w:sz w:val="18"/>
              </w:rPr>
              <w:t>[Country; dates]</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A7F55A1" w14:textId="77777777" w:rsidR="002C4016" w:rsidRPr="00DF0B46" w:rsidRDefault="00000000">
            <w:r w:rsidRPr="00DF0B46">
              <w:rPr>
                <w:rFonts w:eastAsia="Verdana"/>
                <w:i/>
                <w:color w:val="666666"/>
                <w:sz w:val="18"/>
              </w:rPr>
              <w:t>[EUR; donor]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204C287" w14:textId="77777777" w:rsidR="002C4016" w:rsidRPr="00DF0B46" w:rsidRDefault="00000000">
            <w:r w:rsidRPr="00DF0B46">
              <w:rPr>
                <w:rFonts w:eastAsia="Verdana"/>
                <w:i/>
                <w:color w:val="666666"/>
                <w:sz w:val="18"/>
              </w:rPr>
              <w:t>[Lead/partner]</w:t>
            </w:r>
          </w:p>
        </w:tc>
        <w:tc>
          <w:tcPr>
            <w:tcW w:w="257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BA781FF" w14:textId="77777777" w:rsidR="002C4016" w:rsidRPr="00DF0B46" w:rsidRDefault="00000000">
            <w:r w:rsidRPr="00DF0B46">
              <w:rPr>
                <w:rFonts w:eastAsia="Verdana"/>
                <w:i/>
                <w:color w:val="666666"/>
                <w:sz w:val="18"/>
              </w:rPr>
              <w:t>[Concise evidence]</w:t>
            </w:r>
          </w:p>
        </w:tc>
      </w:tr>
      <w:tr w:rsidR="002C4016" w:rsidRPr="00DF0B46" w14:paraId="583E752C" w14:textId="77777777">
        <w:trPr>
          <w:cantSplit/>
          <w:trHeight w:val="780"/>
        </w:trPr>
        <w:tc>
          <w:tcPr>
            <w:tcW w:w="204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E2F7120" w14:textId="77777777" w:rsidR="002C4016" w:rsidRPr="00DF0B46" w:rsidRDefault="00000000">
            <w:r w:rsidRPr="00DF0B46">
              <w:rPr>
                <w:rFonts w:eastAsia="Verdana"/>
                <w:i/>
                <w:color w:val="666666"/>
                <w:sz w:val="18"/>
              </w:rPr>
              <w:t>[Project / member]</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D13B324" w14:textId="77777777" w:rsidR="002C4016" w:rsidRPr="00DF0B46" w:rsidRDefault="00000000">
            <w:r w:rsidRPr="00DF0B46">
              <w:rPr>
                <w:rFonts w:eastAsia="Verdana"/>
                <w:i/>
                <w:color w:val="666666"/>
                <w:sz w:val="18"/>
              </w:rPr>
              <w:t>[Country; dates]</w:t>
            </w:r>
          </w:p>
        </w:tc>
        <w:tc>
          <w:tcPr>
            <w:tcW w:w="166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7CC2FBD" w14:textId="77777777" w:rsidR="002C4016" w:rsidRPr="00DF0B46" w:rsidRDefault="00000000">
            <w:r w:rsidRPr="00DF0B46">
              <w:rPr>
                <w:rFonts w:eastAsia="Verdana"/>
                <w:i/>
                <w:color w:val="666666"/>
                <w:sz w:val="18"/>
              </w:rPr>
              <w:t>[EUR; donor]</w:t>
            </w:r>
          </w:p>
        </w:tc>
        <w:tc>
          <w:tcPr>
            <w:tcW w:w="113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F504053" w14:textId="77777777" w:rsidR="002C4016" w:rsidRPr="00DF0B46" w:rsidRDefault="00000000">
            <w:r w:rsidRPr="00DF0B46">
              <w:rPr>
                <w:rFonts w:eastAsia="Verdana"/>
                <w:i/>
                <w:color w:val="666666"/>
                <w:sz w:val="18"/>
              </w:rPr>
              <w:t>[Lead/partner]</w:t>
            </w:r>
          </w:p>
        </w:tc>
        <w:tc>
          <w:tcPr>
            <w:tcW w:w="257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4C081C0" w14:textId="77777777" w:rsidR="002C4016" w:rsidRPr="00DF0B46" w:rsidRDefault="00000000">
            <w:r w:rsidRPr="00DF0B46">
              <w:rPr>
                <w:rFonts w:eastAsia="Verdana"/>
                <w:i/>
                <w:color w:val="666666"/>
                <w:sz w:val="18"/>
              </w:rPr>
              <w:t>[Concise evidence]</w:t>
            </w:r>
          </w:p>
        </w:tc>
      </w:tr>
    </w:tbl>
    <w:p w14:paraId="6F21EB54" w14:textId="77777777" w:rsidR="002C4016" w:rsidRPr="00DF0B46" w:rsidRDefault="002C4016">
      <w:pPr>
        <w:spacing w:after="100" w:line="168" w:lineRule="auto"/>
      </w:pPr>
    </w:p>
    <w:p w14:paraId="034DE743" w14:textId="77777777" w:rsidR="002C4016" w:rsidRPr="00DF0B46" w:rsidRDefault="00000000">
      <w:r w:rsidRPr="00DF0B46">
        <w:br w:type="page"/>
      </w:r>
    </w:p>
    <w:p w14:paraId="5EAD9EA0" w14:textId="77777777" w:rsidR="002C4016" w:rsidRPr="00DF0B46" w:rsidRDefault="00000000">
      <w:pPr>
        <w:pStyle w:val="Heading1"/>
        <w:rPr>
          <w:rFonts w:ascii="Goethe FF Clan" w:hAnsi="Goethe FF Clan"/>
        </w:rPr>
      </w:pPr>
      <w:bookmarkStart w:id="17" w:name="_Toc236816168"/>
      <w:r w:rsidRPr="00DF0B46">
        <w:rPr>
          <w:rFonts w:ascii="Goethe FF Clan" w:eastAsia="Goethe FF Clan" w:hAnsi="Goethe FF Clan"/>
        </w:rPr>
        <w:lastRenderedPageBreak/>
        <w:t>5. SUSTAINABILITY AND TRANSFER OF LEARNING</w:t>
      </w:r>
      <w:bookmarkEnd w:id="17"/>
    </w:p>
    <w:p w14:paraId="45AB3D30" w14:textId="77777777" w:rsidR="002C4016" w:rsidRPr="00DF0B46" w:rsidRDefault="00000000">
      <w:pPr>
        <w:keepNext/>
        <w:spacing w:after="140"/>
      </w:pPr>
      <w:r w:rsidRPr="00DF0B46">
        <w:rPr>
          <w:rFonts w:eastAsia="Goethe FF Clan"/>
          <w:i/>
          <w:color w:val="666666"/>
          <w:sz w:val="17"/>
        </w:rPr>
        <w:t>Award criterion 5 | Maximum score: 10 points | Page limit: maximum 2 pages</w:t>
      </w:r>
    </w:p>
    <w:p w14:paraId="55573BD8" w14:textId="033F1639" w:rsidR="002C4016" w:rsidRPr="00DF0B46" w:rsidRDefault="00000000">
      <w:pPr>
        <w:keepNext/>
        <w:spacing w:after="80"/>
      </w:pPr>
      <w:r w:rsidRPr="00DF0B46">
        <w:rPr>
          <w:rFonts w:eastAsia="Goethe FF Clan"/>
          <w:i/>
          <w:color w:val="666666"/>
          <w:sz w:val="17"/>
        </w:rPr>
        <w:t>Explain how learning will be shared and used within Living Labs</w:t>
      </w:r>
      <w:r w:rsidR="00FF3E09" w:rsidRPr="00DF0B46">
        <w:rPr>
          <w:rFonts w:eastAsia="Goethe FF Clan"/>
          <w:i/>
          <w:color w:val="666666"/>
          <w:sz w:val="17"/>
        </w:rPr>
        <w:t xml:space="preserve"> </w:t>
      </w:r>
      <w:r w:rsidR="00E32602">
        <w:rPr>
          <w:rFonts w:eastAsia="Goethe FF Clan"/>
          <w:i/>
          <w:color w:val="666666"/>
          <w:sz w:val="17"/>
        </w:rPr>
        <w:t xml:space="preserve">and </w:t>
      </w:r>
      <w:r w:rsidRPr="00DF0B46">
        <w:rPr>
          <w:rFonts w:eastAsia="Goethe FF Clan"/>
          <w:i/>
          <w:color w:val="666666"/>
          <w:sz w:val="17"/>
        </w:rPr>
        <w:t xml:space="preserve">Intermediary </w:t>
      </w:r>
      <w:proofErr w:type="spellStart"/>
      <w:r w:rsidRPr="00DF0B46">
        <w:rPr>
          <w:rFonts w:eastAsia="Goethe FF Clan"/>
          <w:i/>
          <w:color w:val="666666"/>
          <w:sz w:val="17"/>
        </w:rPr>
        <w:t>Organisations</w:t>
      </w:r>
      <w:proofErr w:type="spellEnd"/>
      <w:r w:rsidRPr="00DF0B46">
        <w:rPr>
          <w:rFonts w:eastAsia="Goethe FF Clan"/>
          <w:i/>
          <w:color w:val="666666"/>
          <w:sz w:val="17"/>
        </w:rPr>
        <w:t>; how practical tools, templates, guides, case examples, selected recordings or digital resources will remain available and useful; how peer relationships or communities of practice will continue. Also explain how methodologies, resources and lessons learned will be disseminated to the wider CCS ecosystem and how EU funding visibility will be ensured. Focus on concrete mechanisms, ownership and continued use rather than general intentions.</w:t>
      </w:r>
    </w:p>
    <w:tbl>
      <w:tblPr>
        <w:tblW w:w="9072" w:type="dxa"/>
        <w:tblInd w:w="120" w:type="dxa"/>
        <w:tblLayout w:type="fixed"/>
        <w:tblLook w:val="04A0" w:firstRow="1" w:lastRow="0" w:firstColumn="1" w:lastColumn="0" w:noHBand="0" w:noVBand="1"/>
      </w:tblPr>
      <w:tblGrid>
        <w:gridCol w:w="9072"/>
      </w:tblGrid>
      <w:tr w:rsidR="002C4016" w:rsidRPr="00DF0B46" w14:paraId="1EA5CA94" w14:textId="77777777">
        <w:trPr>
          <w:cantSplit/>
          <w:trHeight w:val="86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0E9FAC68" w14:textId="77777777" w:rsidR="002C4016" w:rsidRPr="00DF0B46" w:rsidRDefault="00000000">
            <w:r w:rsidRPr="00DF0B46">
              <w:rPr>
                <w:rFonts w:eastAsia="Verdana"/>
                <w:i/>
                <w:color w:val="666666"/>
              </w:rPr>
              <w:t>Click here and enter your response.</w:t>
            </w:r>
          </w:p>
        </w:tc>
      </w:tr>
    </w:tbl>
    <w:p w14:paraId="59595D77" w14:textId="77777777" w:rsidR="002C4016" w:rsidRPr="00DF0B46" w:rsidRDefault="002C4016">
      <w:pPr>
        <w:spacing w:after="80" w:line="168" w:lineRule="auto"/>
      </w:pPr>
    </w:p>
    <w:p w14:paraId="546385EE" w14:textId="77777777" w:rsidR="002C4016" w:rsidRPr="00DF0B46" w:rsidRDefault="00000000">
      <w:r w:rsidRPr="00DF0B46">
        <w:br w:type="page"/>
      </w:r>
    </w:p>
    <w:p w14:paraId="0915E44A" w14:textId="77777777" w:rsidR="002C4016" w:rsidRPr="00DF0B46" w:rsidRDefault="00000000">
      <w:pPr>
        <w:pStyle w:val="Heading1"/>
        <w:rPr>
          <w:rFonts w:ascii="Goethe FF Clan" w:hAnsi="Goethe FF Clan"/>
        </w:rPr>
      </w:pPr>
      <w:bookmarkStart w:id="18" w:name="_Toc236816169"/>
      <w:r w:rsidRPr="00DF0B46">
        <w:rPr>
          <w:rFonts w:ascii="Goethe FF Clan" w:eastAsia="Goethe FF Clan" w:hAnsi="Goethe FF Clan"/>
        </w:rPr>
        <w:lastRenderedPageBreak/>
        <w:t>6. BUDGET AND COST-EFFECTIVENESS</w:t>
      </w:r>
      <w:bookmarkEnd w:id="18"/>
    </w:p>
    <w:p w14:paraId="27E3A2C8" w14:textId="77777777" w:rsidR="002C4016" w:rsidRPr="00DF0B46" w:rsidRDefault="00000000">
      <w:pPr>
        <w:keepNext/>
        <w:spacing w:after="140"/>
      </w:pPr>
      <w:r w:rsidRPr="00DF0B46">
        <w:rPr>
          <w:rFonts w:eastAsia="Goethe FF Clan"/>
          <w:i/>
          <w:color w:val="666666"/>
          <w:sz w:val="17"/>
        </w:rPr>
        <w:t>Award criterion 6 | Maximum score: 10 points | Page limit: maximum 2 pages, excluding Annex II</w:t>
      </w:r>
    </w:p>
    <w:tbl>
      <w:tblPr>
        <w:tblW w:w="9072" w:type="dxa"/>
        <w:tblInd w:w="120" w:type="dxa"/>
        <w:tblLayout w:type="fixed"/>
        <w:tblLook w:val="04A0" w:firstRow="1" w:lastRow="0" w:firstColumn="1" w:lastColumn="0" w:noHBand="0" w:noVBand="1"/>
      </w:tblPr>
      <w:tblGrid>
        <w:gridCol w:w="3629"/>
        <w:gridCol w:w="5443"/>
      </w:tblGrid>
      <w:tr w:rsidR="002C4016" w:rsidRPr="00DF0B46" w14:paraId="09C1AF5D" w14:textId="77777777" w:rsidTr="00D85047">
        <w:trPr>
          <w:cantSplit/>
          <w:trHeight w:val="580"/>
          <w:tblHeader/>
        </w:trPr>
        <w:tc>
          <w:tcPr>
            <w:tcW w:w="3629"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2E89976" w14:textId="77777777" w:rsidR="002C4016" w:rsidRPr="00DF0B46" w:rsidRDefault="00000000">
            <w:r w:rsidRPr="00DF0B46">
              <w:rPr>
                <w:rFonts w:eastAsia="Goethe FF Clan"/>
                <w:b/>
                <w:color w:val="FFFFFF"/>
                <w:sz w:val="17"/>
              </w:rPr>
              <w:t>Budget summary</w:t>
            </w:r>
          </w:p>
        </w:tc>
        <w:tc>
          <w:tcPr>
            <w:tcW w:w="5443"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05436A9" w14:textId="77777777" w:rsidR="002C4016" w:rsidRPr="00DF0B46" w:rsidRDefault="00000000">
            <w:pPr>
              <w:jc w:val="center"/>
            </w:pPr>
            <w:r w:rsidRPr="00DF0B46">
              <w:rPr>
                <w:rFonts w:eastAsia="Goethe FF Clan"/>
                <w:b/>
                <w:color w:val="FFFFFF"/>
                <w:sz w:val="17"/>
              </w:rPr>
              <w:t>Amount / status</w:t>
            </w:r>
          </w:p>
        </w:tc>
      </w:tr>
      <w:tr w:rsidR="002C4016" w:rsidRPr="00DF0B46" w14:paraId="754C8857" w14:textId="77777777">
        <w:trPr>
          <w:cantSplit/>
          <w:trHeight w:val="58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6713E93" w14:textId="77777777" w:rsidR="002C4016" w:rsidRPr="00DF0B46" w:rsidRDefault="00000000">
            <w:r w:rsidRPr="00DF0B46">
              <w:rPr>
                <w:rFonts w:eastAsia="Verdana"/>
                <w:sz w:val="19"/>
              </w:rPr>
              <w:t>Total action budget</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17A8BA9" w14:textId="77777777" w:rsidR="002C4016" w:rsidRPr="00DF0B46" w:rsidRDefault="00000000">
            <w:r w:rsidRPr="00DF0B46">
              <w:rPr>
                <w:rFonts w:eastAsia="Verdana"/>
                <w:sz w:val="19"/>
              </w:rPr>
              <w:t>EUR [amount]</w:t>
            </w:r>
          </w:p>
        </w:tc>
      </w:tr>
      <w:tr w:rsidR="002C4016" w:rsidRPr="00DF0B46" w14:paraId="20E84785" w14:textId="77777777">
        <w:trPr>
          <w:cantSplit/>
          <w:trHeight w:val="58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417696B" w14:textId="77777777" w:rsidR="002C4016" w:rsidRPr="00DF0B46" w:rsidRDefault="00000000">
            <w:r w:rsidRPr="00DF0B46">
              <w:rPr>
                <w:rFonts w:eastAsia="Verdana"/>
                <w:sz w:val="19"/>
              </w:rPr>
              <w:t>EU4Culture II grant requested</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133F26E" w14:textId="77777777" w:rsidR="002C4016" w:rsidRPr="00DF0B46" w:rsidRDefault="00000000">
            <w:r w:rsidRPr="00DF0B46">
              <w:rPr>
                <w:rFonts w:eastAsia="Verdana"/>
                <w:sz w:val="19"/>
              </w:rPr>
              <w:t>EUR [amount; maximum EUR 500,000]</w:t>
            </w:r>
          </w:p>
        </w:tc>
      </w:tr>
      <w:tr w:rsidR="002C4016" w:rsidRPr="00DF0B46" w14:paraId="7239E77C" w14:textId="77777777">
        <w:trPr>
          <w:cantSplit/>
          <w:trHeight w:val="58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A0C7FD4" w14:textId="77777777" w:rsidR="002C4016" w:rsidRPr="00DF0B46" w:rsidRDefault="00000000">
            <w:r w:rsidRPr="00DF0B46">
              <w:rPr>
                <w:rFonts w:eastAsia="Verdana"/>
                <w:sz w:val="19"/>
              </w:rPr>
              <w:t>Other confirmed funding</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C909892" w14:textId="77777777" w:rsidR="002C4016" w:rsidRPr="00DF0B46" w:rsidRDefault="00000000">
            <w:r w:rsidRPr="00DF0B46">
              <w:rPr>
                <w:rFonts w:eastAsia="Verdana"/>
                <w:sz w:val="19"/>
              </w:rPr>
              <w:t>EUR [amount / none]</w:t>
            </w:r>
          </w:p>
        </w:tc>
      </w:tr>
      <w:tr w:rsidR="002C4016" w:rsidRPr="00DF0B46" w14:paraId="1D37E2EB" w14:textId="77777777">
        <w:trPr>
          <w:cantSplit/>
          <w:trHeight w:val="58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2728712" w14:textId="77777777" w:rsidR="002C4016" w:rsidRPr="00DF0B46" w:rsidRDefault="00000000">
            <w:r w:rsidRPr="00DF0B46">
              <w:rPr>
                <w:rFonts w:eastAsia="Verdana"/>
                <w:sz w:val="19"/>
              </w:rPr>
              <w:t>Other funding applied for</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EB47D4D" w14:textId="77777777" w:rsidR="002C4016" w:rsidRPr="00DF0B46" w:rsidRDefault="00000000">
            <w:r w:rsidRPr="00DF0B46">
              <w:rPr>
                <w:rFonts w:eastAsia="Verdana"/>
                <w:sz w:val="19"/>
              </w:rPr>
              <w:t>EUR [amount / none]</w:t>
            </w:r>
          </w:p>
        </w:tc>
      </w:tr>
      <w:tr w:rsidR="002C4016" w:rsidRPr="00DF0B46" w14:paraId="3933FB43" w14:textId="77777777">
        <w:trPr>
          <w:cantSplit/>
          <w:trHeight w:val="580"/>
        </w:trPr>
        <w:tc>
          <w:tcPr>
            <w:tcW w:w="362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409133D" w14:textId="77777777" w:rsidR="002C4016" w:rsidRPr="00DF0B46" w:rsidRDefault="00000000">
            <w:r w:rsidRPr="00DF0B46">
              <w:rPr>
                <w:rFonts w:eastAsia="Verdana"/>
                <w:sz w:val="19"/>
              </w:rPr>
              <w:t>Indirect costs</w:t>
            </w:r>
          </w:p>
        </w:tc>
        <w:tc>
          <w:tcPr>
            <w:tcW w:w="5443"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B33B1AC" w14:textId="77777777" w:rsidR="002C4016" w:rsidRPr="00DF0B46" w:rsidRDefault="00000000">
            <w:r w:rsidRPr="00DF0B46">
              <w:rPr>
                <w:rFonts w:eastAsia="Verdana"/>
                <w:sz w:val="19"/>
              </w:rPr>
              <w:t>EUR [amount] / [percentage, maximum 7% of direct eligible costs]</w:t>
            </w:r>
          </w:p>
        </w:tc>
      </w:tr>
    </w:tbl>
    <w:p w14:paraId="1A3B02D9" w14:textId="77777777" w:rsidR="002C4016" w:rsidRPr="00DF0B46" w:rsidRDefault="002C4016">
      <w:pPr>
        <w:spacing w:after="100" w:line="168" w:lineRule="auto"/>
      </w:pPr>
    </w:p>
    <w:p w14:paraId="64E8F993" w14:textId="77777777" w:rsidR="002C4016" w:rsidRPr="00DF0B46" w:rsidRDefault="00000000">
      <w:pPr>
        <w:keepNext/>
        <w:spacing w:after="80"/>
      </w:pPr>
      <w:r w:rsidRPr="00DF0B46">
        <w:rPr>
          <w:rFonts w:eastAsia="Goethe FF Clan"/>
          <w:i/>
          <w:color w:val="666666"/>
          <w:sz w:val="17"/>
        </w:rPr>
        <w:t xml:space="preserve">Explain why the overall allocation is necessary, realistic and proportionate to </w:t>
      </w:r>
      <w:proofErr w:type="spellStart"/>
      <w:r w:rsidRPr="00DF0B46">
        <w:rPr>
          <w:rFonts w:eastAsia="Goethe FF Clan"/>
          <w:i/>
          <w:color w:val="666666"/>
          <w:sz w:val="17"/>
        </w:rPr>
        <w:t>programme</w:t>
      </w:r>
      <w:proofErr w:type="spellEnd"/>
      <w:r w:rsidRPr="00DF0B46">
        <w:rPr>
          <w:rFonts w:eastAsia="Goethe FF Clan"/>
          <w:i/>
          <w:color w:val="666666"/>
          <w:sz w:val="17"/>
        </w:rPr>
        <w:t xml:space="preserve"> scope, participant numbers, geographic coverage and expected results. Identify the main cost drivers and calculation assumptions; explain participant-support, expert, delivery, staffing and management costs; describe allocation across consortium members, if applicable; and explain financial management, procurement, audit readiness and prevention of double funding. Do not repeat the line-by-line justification provided in Annex II.</w:t>
      </w:r>
    </w:p>
    <w:tbl>
      <w:tblPr>
        <w:tblW w:w="9072" w:type="dxa"/>
        <w:tblInd w:w="120" w:type="dxa"/>
        <w:tblLayout w:type="fixed"/>
        <w:tblLook w:val="04A0" w:firstRow="1" w:lastRow="0" w:firstColumn="1" w:lastColumn="0" w:noHBand="0" w:noVBand="1"/>
      </w:tblPr>
      <w:tblGrid>
        <w:gridCol w:w="9072"/>
      </w:tblGrid>
      <w:tr w:rsidR="002C4016" w:rsidRPr="00DF0B46" w14:paraId="283E3F4C" w14:textId="77777777">
        <w:trPr>
          <w:cantSplit/>
          <w:trHeight w:val="5000"/>
        </w:trPr>
        <w:tc>
          <w:tcPr>
            <w:tcW w:w="9072" w:type="dxa"/>
            <w:tcBorders>
              <w:top w:val="single" w:sz="6" w:space="0" w:color="808080"/>
              <w:left w:val="single" w:sz="6" w:space="0" w:color="808080"/>
              <w:bottom w:val="single" w:sz="6" w:space="0" w:color="808080"/>
              <w:right w:val="single" w:sz="6" w:space="0" w:color="808080"/>
            </w:tcBorders>
            <w:shd w:val="clear" w:color="auto" w:fill="FFFFFF"/>
            <w:tcMar>
              <w:top w:w="80" w:type="dxa"/>
              <w:left w:w="120" w:type="dxa"/>
              <w:bottom w:w="80" w:type="dxa"/>
              <w:right w:w="120" w:type="dxa"/>
            </w:tcMar>
            <w:vAlign w:val="center"/>
          </w:tcPr>
          <w:p w14:paraId="58BB65D3" w14:textId="77777777" w:rsidR="002C4016" w:rsidRPr="00DF0B46" w:rsidRDefault="00000000">
            <w:r w:rsidRPr="00DF0B46">
              <w:rPr>
                <w:rFonts w:eastAsia="Verdana"/>
                <w:i/>
                <w:color w:val="666666"/>
              </w:rPr>
              <w:t>Click here and enter your response.</w:t>
            </w:r>
          </w:p>
        </w:tc>
      </w:tr>
    </w:tbl>
    <w:p w14:paraId="770F12CF" w14:textId="77777777" w:rsidR="002C4016" w:rsidRPr="00DF0B46" w:rsidRDefault="002C4016">
      <w:pPr>
        <w:spacing w:after="80" w:line="168" w:lineRule="auto"/>
      </w:pPr>
    </w:p>
    <w:p w14:paraId="185184FD" w14:textId="77777777" w:rsidR="002C4016" w:rsidRPr="00DF0B46" w:rsidRDefault="00000000">
      <w:pPr>
        <w:pStyle w:val="Heading2"/>
        <w:rPr>
          <w:rFonts w:ascii="Goethe FF Clan" w:hAnsi="Goethe FF Clan"/>
        </w:rPr>
      </w:pPr>
      <w:bookmarkStart w:id="19" w:name="_Toc236816170"/>
      <w:r w:rsidRPr="00DF0B46">
        <w:rPr>
          <w:rFonts w:ascii="Goethe FF Clan" w:eastAsia="Goethe FF Clan" w:hAnsi="Goethe FF Clan"/>
        </w:rPr>
        <w:lastRenderedPageBreak/>
        <w:t>Other funding connected to the proposed action</w:t>
      </w:r>
      <w:bookmarkEnd w:id="19"/>
    </w:p>
    <w:p w14:paraId="0A67A612" w14:textId="77777777" w:rsidR="002C4016" w:rsidRPr="00DF0B46" w:rsidRDefault="00000000">
      <w:pPr>
        <w:keepNext/>
        <w:spacing w:after="80"/>
      </w:pPr>
      <w:r w:rsidRPr="00DF0B46">
        <w:rPr>
          <w:rFonts w:eastAsia="Goethe FF Clan"/>
          <w:i/>
          <w:color w:val="666666"/>
          <w:sz w:val="17"/>
        </w:rPr>
        <w:t>Declare all funding received or applied for in connection with the proposed activities. Include EU, national public and private sources. If none, write 'None'. Entries must be consistent with Annex II.</w:t>
      </w:r>
    </w:p>
    <w:tbl>
      <w:tblPr>
        <w:tblW w:w="9072" w:type="dxa"/>
        <w:tblInd w:w="120" w:type="dxa"/>
        <w:tblLayout w:type="fixed"/>
        <w:tblLook w:val="04A0" w:firstRow="1" w:lastRow="0" w:firstColumn="1" w:lastColumn="0" w:noHBand="0" w:noVBand="1"/>
      </w:tblPr>
      <w:tblGrid>
        <w:gridCol w:w="1814"/>
        <w:gridCol w:w="1285"/>
        <w:gridCol w:w="1512"/>
        <w:gridCol w:w="2722"/>
        <w:gridCol w:w="1739"/>
      </w:tblGrid>
      <w:tr w:rsidR="002C4016" w:rsidRPr="00DF0B46" w14:paraId="74E1B569" w14:textId="77777777" w:rsidTr="00D85047">
        <w:trPr>
          <w:cantSplit/>
          <w:trHeight w:val="740"/>
          <w:tblHeader/>
        </w:trPr>
        <w:tc>
          <w:tcPr>
            <w:tcW w:w="1814"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55AB0F1" w14:textId="77777777" w:rsidR="002C4016" w:rsidRPr="00DF0B46" w:rsidRDefault="00000000">
            <w:r w:rsidRPr="00DF0B46">
              <w:rPr>
                <w:rFonts w:eastAsia="Goethe FF Clan"/>
                <w:b/>
                <w:color w:val="FFFFFF"/>
                <w:sz w:val="17"/>
              </w:rPr>
              <w:t>Source</w:t>
            </w:r>
          </w:p>
        </w:tc>
        <w:tc>
          <w:tcPr>
            <w:tcW w:w="1285"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342F46D" w14:textId="77777777" w:rsidR="002C4016" w:rsidRPr="00DF0B46" w:rsidRDefault="00000000">
            <w:pPr>
              <w:jc w:val="center"/>
            </w:pPr>
            <w:r w:rsidRPr="00DF0B46">
              <w:rPr>
                <w:rFonts w:eastAsia="Goethe FF Clan"/>
                <w:b/>
                <w:color w:val="FFFFFF"/>
                <w:sz w:val="17"/>
              </w:rPr>
              <w:t>Amount (EUR)</w:t>
            </w:r>
          </w:p>
        </w:tc>
        <w:tc>
          <w:tcPr>
            <w:tcW w:w="151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AA7E27E" w14:textId="77777777" w:rsidR="002C4016" w:rsidRPr="00DF0B46" w:rsidRDefault="00000000">
            <w:pPr>
              <w:jc w:val="center"/>
            </w:pPr>
            <w:r w:rsidRPr="00DF0B46">
              <w:rPr>
                <w:rFonts w:eastAsia="Goethe FF Clan"/>
                <w:b/>
                <w:color w:val="FFFFFF"/>
                <w:sz w:val="17"/>
              </w:rPr>
              <w:t>Status</w:t>
            </w:r>
          </w:p>
        </w:tc>
        <w:tc>
          <w:tcPr>
            <w:tcW w:w="2722"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5A9075E" w14:textId="77777777" w:rsidR="002C4016" w:rsidRPr="00DF0B46" w:rsidRDefault="00000000">
            <w:pPr>
              <w:jc w:val="center"/>
            </w:pPr>
            <w:r w:rsidRPr="00DF0B46">
              <w:rPr>
                <w:rFonts w:eastAsia="Goethe FF Clan"/>
                <w:b/>
                <w:color w:val="FFFFFF"/>
                <w:sz w:val="17"/>
              </w:rPr>
              <w:t>Activities/costs covered</w:t>
            </w:r>
          </w:p>
        </w:tc>
        <w:tc>
          <w:tcPr>
            <w:tcW w:w="1739"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08C63EA" w14:textId="77777777" w:rsidR="002C4016" w:rsidRPr="00DF0B46" w:rsidRDefault="00000000">
            <w:pPr>
              <w:jc w:val="center"/>
            </w:pPr>
            <w:r w:rsidRPr="00DF0B46">
              <w:rPr>
                <w:rFonts w:eastAsia="Goethe FF Clan"/>
                <w:b/>
                <w:color w:val="FFFFFF"/>
                <w:sz w:val="17"/>
              </w:rPr>
              <w:t>Overlap with this grant</w:t>
            </w:r>
          </w:p>
        </w:tc>
      </w:tr>
      <w:tr w:rsidR="002C4016" w:rsidRPr="00DF0B46" w14:paraId="4AAF2237" w14:textId="77777777">
        <w:trPr>
          <w:cantSplit/>
          <w:trHeight w:val="740"/>
        </w:trPr>
        <w:tc>
          <w:tcPr>
            <w:tcW w:w="181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1F98032" w14:textId="77777777" w:rsidR="002C4016" w:rsidRPr="00DF0B46" w:rsidRDefault="00000000">
            <w:r w:rsidRPr="00DF0B46">
              <w:rPr>
                <w:rFonts w:eastAsia="Verdana"/>
                <w:i/>
                <w:color w:val="666666"/>
                <w:sz w:val="18"/>
              </w:rPr>
              <w:t>[Source / None]</w:t>
            </w:r>
          </w:p>
        </w:tc>
        <w:tc>
          <w:tcPr>
            <w:tcW w:w="128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BB7CC2A" w14:textId="77777777" w:rsidR="002C4016" w:rsidRPr="00DF0B46" w:rsidRDefault="00000000">
            <w:r w:rsidRPr="00DF0B46">
              <w:rPr>
                <w:rFonts w:eastAsia="Verdana"/>
                <w:i/>
                <w:color w:val="666666"/>
                <w:sz w:val="18"/>
              </w:rPr>
              <w:t>[Amount]</w:t>
            </w:r>
          </w:p>
        </w:tc>
        <w:tc>
          <w:tcPr>
            <w:tcW w:w="151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5204478" w14:textId="77777777" w:rsidR="002C4016" w:rsidRPr="00DF0B46" w:rsidRDefault="00000000">
            <w:r w:rsidRPr="00DF0B46">
              <w:rPr>
                <w:rFonts w:eastAsia="Verdana"/>
                <w:i/>
                <w:color w:val="666666"/>
                <w:sz w:val="18"/>
              </w:rPr>
              <w:t>[Confirmed/applied]</w:t>
            </w:r>
          </w:p>
        </w:tc>
        <w:tc>
          <w:tcPr>
            <w:tcW w:w="272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1EF87F0" w14:textId="77777777" w:rsidR="002C4016" w:rsidRPr="00DF0B46" w:rsidRDefault="00000000">
            <w:r w:rsidRPr="00DF0B46">
              <w:rPr>
                <w:rFonts w:eastAsia="Verdana"/>
                <w:i/>
                <w:color w:val="666666"/>
                <w:sz w:val="18"/>
              </w:rPr>
              <w:t>[Description]</w:t>
            </w:r>
          </w:p>
        </w:tc>
        <w:tc>
          <w:tcPr>
            <w:tcW w:w="173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D3EBB95" w14:textId="77777777" w:rsidR="002C4016" w:rsidRPr="00DF0B46" w:rsidRDefault="00000000">
            <w:r w:rsidRPr="00DF0B46">
              <w:rPr>
                <w:rFonts w:eastAsia="Verdana"/>
                <w:i/>
                <w:color w:val="666666"/>
                <w:sz w:val="18"/>
              </w:rPr>
              <w:t>[Explain / None]</w:t>
            </w:r>
          </w:p>
        </w:tc>
      </w:tr>
      <w:tr w:rsidR="002C4016" w:rsidRPr="00DF0B46" w14:paraId="659D238D" w14:textId="77777777">
        <w:trPr>
          <w:cantSplit/>
          <w:trHeight w:val="740"/>
        </w:trPr>
        <w:tc>
          <w:tcPr>
            <w:tcW w:w="1814"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BC075B7" w14:textId="77777777" w:rsidR="002C4016" w:rsidRPr="00DF0B46" w:rsidRDefault="00000000">
            <w:r w:rsidRPr="00DF0B46">
              <w:rPr>
                <w:rFonts w:eastAsia="Verdana"/>
                <w:i/>
                <w:color w:val="666666"/>
                <w:sz w:val="18"/>
              </w:rPr>
              <w:t>[Source]</w:t>
            </w:r>
          </w:p>
        </w:tc>
        <w:tc>
          <w:tcPr>
            <w:tcW w:w="1285"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170D03C" w14:textId="77777777" w:rsidR="002C4016" w:rsidRPr="00DF0B46" w:rsidRDefault="00000000">
            <w:r w:rsidRPr="00DF0B46">
              <w:rPr>
                <w:rFonts w:eastAsia="Verdana"/>
                <w:i/>
                <w:color w:val="666666"/>
                <w:sz w:val="18"/>
              </w:rPr>
              <w:t>[Amount]</w:t>
            </w:r>
          </w:p>
        </w:tc>
        <w:tc>
          <w:tcPr>
            <w:tcW w:w="151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FF17712" w14:textId="77777777" w:rsidR="002C4016" w:rsidRPr="00DF0B46" w:rsidRDefault="00000000">
            <w:r w:rsidRPr="00DF0B46">
              <w:rPr>
                <w:rFonts w:eastAsia="Verdana"/>
                <w:i/>
                <w:color w:val="666666"/>
                <w:sz w:val="18"/>
              </w:rPr>
              <w:t>[Confirmed/applied]</w:t>
            </w:r>
          </w:p>
        </w:tc>
        <w:tc>
          <w:tcPr>
            <w:tcW w:w="2722"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D71CF3F" w14:textId="77777777" w:rsidR="002C4016" w:rsidRPr="00DF0B46" w:rsidRDefault="00000000">
            <w:r w:rsidRPr="00DF0B46">
              <w:rPr>
                <w:rFonts w:eastAsia="Verdana"/>
                <w:i/>
                <w:color w:val="666666"/>
                <w:sz w:val="18"/>
              </w:rPr>
              <w:t>[Description]</w:t>
            </w:r>
          </w:p>
        </w:tc>
        <w:tc>
          <w:tcPr>
            <w:tcW w:w="1739"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2287856" w14:textId="77777777" w:rsidR="002C4016" w:rsidRPr="00DF0B46" w:rsidRDefault="00000000">
            <w:r w:rsidRPr="00DF0B46">
              <w:rPr>
                <w:rFonts w:eastAsia="Verdana"/>
                <w:i/>
                <w:color w:val="666666"/>
                <w:sz w:val="18"/>
              </w:rPr>
              <w:t>[Explain / None]</w:t>
            </w:r>
          </w:p>
        </w:tc>
      </w:tr>
    </w:tbl>
    <w:p w14:paraId="5869CDC9" w14:textId="77777777" w:rsidR="002C4016" w:rsidRPr="00DF0B46" w:rsidRDefault="002C4016">
      <w:pPr>
        <w:spacing w:after="100" w:line="168" w:lineRule="auto"/>
      </w:pPr>
    </w:p>
    <w:p w14:paraId="6E0888A2" w14:textId="77777777" w:rsidR="002C4016" w:rsidRPr="00DF0B46" w:rsidRDefault="00000000">
      <w:r w:rsidRPr="00DF0B46">
        <w:br w:type="page"/>
      </w:r>
    </w:p>
    <w:p w14:paraId="586EAF47" w14:textId="77777777" w:rsidR="002C4016" w:rsidRPr="00DF0B46" w:rsidRDefault="00000000">
      <w:pPr>
        <w:pStyle w:val="Heading1"/>
        <w:rPr>
          <w:rFonts w:ascii="Goethe FF Clan" w:hAnsi="Goethe FF Clan"/>
        </w:rPr>
      </w:pPr>
      <w:bookmarkStart w:id="20" w:name="_Toc236816171"/>
      <w:r w:rsidRPr="00DF0B46">
        <w:rPr>
          <w:rFonts w:ascii="Goethe FF Clan" w:eastAsia="Goethe FF Clan" w:hAnsi="Goethe FF Clan"/>
        </w:rPr>
        <w:lastRenderedPageBreak/>
        <w:t>MANDATE FOR CO-APPLICANT(S)</w:t>
      </w:r>
      <w:bookmarkEnd w:id="20"/>
    </w:p>
    <w:p w14:paraId="29471D85" w14:textId="77777777" w:rsidR="002C4016" w:rsidRPr="00DF0B46" w:rsidRDefault="00000000">
      <w:pPr>
        <w:spacing w:after="140"/>
      </w:pPr>
      <w:r w:rsidRPr="00DF0B46">
        <w:rPr>
          <w:rFonts w:eastAsia="Goethe FF Clan"/>
          <w:b/>
          <w:sz w:val="19"/>
        </w:rPr>
        <w:t>Important: This application form must be accompanied by a separate signed and dated mandate from each co-applicant, using the template below.</w:t>
      </w:r>
    </w:p>
    <w:p w14:paraId="28445248" w14:textId="7EBE11C9" w:rsidR="002C4016" w:rsidRPr="00DF0B46" w:rsidRDefault="00000000">
      <w:pPr>
        <w:spacing w:after="100"/>
      </w:pPr>
      <w:r w:rsidRPr="00DF0B46">
        <w:rPr>
          <w:rFonts w:eastAsia="Goethe FF Clan"/>
          <w:sz w:val="19"/>
        </w:rPr>
        <w:t xml:space="preserve">The co-applicant </w:t>
      </w:r>
      <w:proofErr w:type="spellStart"/>
      <w:r w:rsidRPr="00DF0B46">
        <w:rPr>
          <w:rFonts w:eastAsia="Goethe FF Clan"/>
          <w:sz w:val="19"/>
        </w:rPr>
        <w:t>authorises</w:t>
      </w:r>
      <w:proofErr w:type="spellEnd"/>
      <w:r w:rsidRPr="00DF0B46">
        <w:rPr>
          <w:rFonts w:eastAsia="Goethe FF Clan"/>
          <w:sz w:val="19"/>
        </w:rPr>
        <w:t xml:space="preserve"> the Lead Applicant &lt;insert the full legal name of the Lead Applicant&gt; to submit this application on its behalf and, if the grant is awarded, to sign the grant contract </w:t>
      </w:r>
      <w:r w:rsidR="007C4308">
        <w:rPr>
          <w:rFonts w:eastAsia="Goethe FF Clan"/>
          <w:sz w:val="19"/>
        </w:rPr>
        <w:t xml:space="preserve">(Annex B) </w:t>
      </w:r>
      <w:r w:rsidRPr="00DF0B46">
        <w:rPr>
          <w:rFonts w:eastAsia="Goethe FF Clan"/>
          <w:sz w:val="19"/>
        </w:rPr>
        <w:t>with the Goethe-</w:t>
      </w:r>
      <w:proofErr w:type="spellStart"/>
      <w:r w:rsidRPr="00DF0B46">
        <w:rPr>
          <w:rFonts w:eastAsia="Goethe FF Clan"/>
          <w:sz w:val="19"/>
        </w:rPr>
        <w:t>Institut</w:t>
      </w:r>
      <w:proofErr w:type="spellEnd"/>
      <w:r w:rsidRPr="00DF0B46">
        <w:rPr>
          <w:rFonts w:eastAsia="Goethe FF Clan"/>
          <w:sz w:val="19"/>
        </w:rPr>
        <w:t xml:space="preserve"> (Contracting Authority), as well as to represent the co-applicant in all matters concerning that grant contract.</w:t>
      </w:r>
    </w:p>
    <w:p w14:paraId="60155B43" w14:textId="77777777" w:rsidR="002C4016" w:rsidRPr="00DF0B46" w:rsidRDefault="00000000">
      <w:pPr>
        <w:spacing w:after="200"/>
      </w:pPr>
      <w:r w:rsidRPr="00DF0B46">
        <w:rPr>
          <w:rFonts w:eastAsia="Goethe FF Clan"/>
          <w:sz w:val="19"/>
        </w:rPr>
        <w:t>I have read and approved the contents of the proposal submitted to the Contracting Authority. I undertake to comply with the principles of good partnership practice and with the obligations applicable to co-applicants under the Capacity Building Guidelines and grant contract.</w:t>
      </w:r>
    </w:p>
    <w:tbl>
      <w:tblPr>
        <w:tblW w:w="9072" w:type="dxa"/>
        <w:tblInd w:w="120" w:type="dxa"/>
        <w:tblLayout w:type="fixed"/>
        <w:tblLook w:val="04A0" w:firstRow="1" w:lastRow="0" w:firstColumn="1" w:lastColumn="0" w:noHBand="0" w:noVBand="1"/>
      </w:tblPr>
      <w:tblGrid>
        <w:gridCol w:w="2192"/>
        <w:gridCol w:w="6880"/>
      </w:tblGrid>
      <w:tr w:rsidR="002C4016" w:rsidRPr="00DF0B46" w14:paraId="592E46E3" w14:textId="77777777">
        <w:trPr>
          <w:cantSplit/>
          <w:trHeight w:val="700"/>
        </w:trPr>
        <w:tc>
          <w:tcPr>
            <w:tcW w:w="2192"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2E5B01A4" w14:textId="77777777" w:rsidR="002C4016" w:rsidRPr="00DF0B46" w:rsidRDefault="00000000">
            <w:r w:rsidRPr="00DF0B46">
              <w:rPr>
                <w:rFonts w:eastAsia="Goethe FF Clan"/>
                <w:b/>
                <w:sz w:val="18"/>
              </w:rPr>
              <w:t>Name</w:t>
            </w:r>
          </w:p>
        </w:tc>
        <w:tc>
          <w:tcPr>
            <w:tcW w:w="68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45AC46C" w14:textId="77777777" w:rsidR="002C4016" w:rsidRPr="00DF0B46" w:rsidRDefault="00000000">
            <w:r w:rsidRPr="00DF0B46">
              <w:rPr>
                <w:rFonts w:eastAsia="Verdana"/>
                <w:i/>
                <w:color w:val="666666"/>
                <w:sz w:val="18"/>
              </w:rPr>
              <w:t>[</w:t>
            </w:r>
            <w:proofErr w:type="spellStart"/>
            <w:r w:rsidRPr="00DF0B46">
              <w:rPr>
                <w:rFonts w:eastAsia="Verdana"/>
                <w:i/>
                <w:color w:val="666666"/>
                <w:sz w:val="18"/>
              </w:rPr>
              <w:t>Authorised</w:t>
            </w:r>
            <w:proofErr w:type="spellEnd"/>
            <w:r w:rsidRPr="00DF0B46">
              <w:rPr>
                <w:rFonts w:eastAsia="Verdana"/>
                <w:i/>
                <w:color w:val="666666"/>
                <w:sz w:val="18"/>
              </w:rPr>
              <w:t xml:space="preserve"> representative]</w:t>
            </w:r>
          </w:p>
        </w:tc>
      </w:tr>
      <w:tr w:rsidR="002C4016" w:rsidRPr="00DF0B46" w14:paraId="7B0E2350" w14:textId="77777777">
        <w:trPr>
          <w:cantSplit/>
          <w:trHeight w:val="700"/>
        </w:trPr>
        <w:tc>
          <w:tcPr>
            <w:tcW w:w="2192"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5F6262C8" w14:textId="77777777" w:rsidR="002C4016" w:rsidRPr="00DF0B46" w:rsidRDefault="00000000">
            <w:proofErr w:type="spellStart"/>
            <w:r w:rsidRPr="00DF0B46">
              <w:rPr>
                <w:rFonts w:eastAsia="Goethe FF Clan"/>
                <w:b/>
                <w:sz w:val="18"/>
              </w:rPr>
              <w:t>Organisation</w:t>
            </w:r>
            <w:proofErr w:type="spellEnd"/>
          </w:p>
        </w:tc>
        <w:tc>
          <w:tcPr>
            <w:tcW w:w="68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C747735" w14:textId="77777777" w:rsidR="002C4016" w:rsidRPr="00DF0B46" w:rsidRDefault="00000000">
            <w:r w:rsidRPr="00DF0B46">
              <w:rPr>
                <w:rFonts w:eastAsia="Verdana"/>
                <w:i/>
                <w:color w:val="666666"/>
                <w:sz w:val="18"/>
              </w:rPr>
              <w:t>[Full legal name of co-applicant]</w:t>
            </w:r>
          </w:p>
        </w:tc>
      </w:tr>
      <w:tr w:rsidR="002C4016" w:rsidRPr="00DF0B46" w14:paraId="5E404925" w14:textId="77777777">
        <w:trPr>
          <w:cantSplit/>
          <w:trHeight w:val="700"/>
        </w:trPr>
        <w:tc>
          <w:tcPr>
            <w:tcW w:w="2192"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686DA5F4" w14:textId="77777777" w:rsidR="002C4016" w:rsidRPr="00DF0B46" w:rsidRDefault="00000000">
            <w:r w:rsidRPr="00DF0B46">
              <w:rPr>
                <w:rFonts w:eastAsia="Goethe FF Clan"/>
                <w:b/>
                <w:sz w:val="18"/>
              </w:rPr>
              <w:t>Position</w:t>
            </w:r>
          </w:p>
        </w:tc>
        <w:tc>
          <w:tcPr>
            <w:tcW w:w="68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1845F13" w14:textId="77777777" w:rsidR="002C4016" w:rsidRPr="00DF0B46" w:rsidRDefault="00000000">
            <w:r w:rsidRPr="00DF0B46">
              <w:rPr>
                <w:rFonts w:eastAsia="Verdana"/>
                <w:i/>
                <w:color w:val="666666"/>
                <w:sz w:val="18"/>
              </w:rPr>
              <w:t>[Position]</w:t>
            </w:r>
          </w:p>
        </w:tc>
      </w:tr>
      <w:tr w:rsidR="002C4016" w:rsidRPr="00DF0B46" w14:paraId="6139DCD3" w14:textId="77777777">
        <w:trPr>
          <w:cantSplit/>
          <w:trHeight w:val="1500"/>
        </w:trPr>
        <w:tc>
          <w:tcPr>
            <w:tcW w:w="2192"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63430A33" w14:textId="77777777" w:rsidR="002C4016" w:rsidRPr="00DF0B46" w:rsidRDefault="00000000">
            <w:r w:rsidRPr="00DF0B46">
              <w:rPr>
                <w:rFonts w:eastAsia="Goethe FF Clan"/>
                <w:b/>
                <w:sz w:val="18"/>
              </w:rPr>
              <w:t>Signature</w:t>
            </w:r>
          </w:p>
        </w:tc>
        <w:tc>
          <w:tcPr>
            <w:tcW w:w="68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DEB26BD" w14:textId="77777777" w:rsidR="002C4016" w:rsidRPr="00DF0B46" w:rsidRDefault="002C4016"/>
        </w:tc>
      </w:tr>
      <w:tr w:rsidR="002C4016" w:rsidRPr="00DF0B46" w14:paraId="65770FCD" w14:textId="77777777">
        <w:trPr>
          <w:cantSplit/>
          <w:trHeight w:val="700"/>
        </w:trPr>
        <w:tc>
          <w:tcPr>
            <w:tcW w:w="2192" w:type="dxa"/>
            <w:tcBorders>
              <w:top w:val="single" w:sz="6" w:space="0" w:color="808080"/>
              <w:left w:val="single" w:sz="6" w:space="0" w:color="808080"/>
              <w:bottom w:val="single" w:sz="6" w:space="0" w:color="808080"/>
              <w:right w:val="single" w:sz="6" w:space="0" w:color="808080"/>
            </w:tcBorders>
            <w:shd w:val="clear" w:color="auto" w:fill="F5F5F5"/>
            <w:tcMar>
              <w:top w:w="80" w:type="dxa"/>
              <w:left w:w="120" w:type="dxa"/>
              <w:bottom w:w="80" w:type="dxa"/>
              <w:right w:w="120" w:type="dxa"/>
            </w:tcMar>
            <w:vAlign w:val="center"/>
          </w:tcPr>
          <w:p w14:paraId="03D98564" w14:textId="77777777" w:rsidR="002C4016" w:rsidRPr="00DF0B46" w:rsidRDefault="00000000">
            <w:r w:rsidRPr="00DF0B46">
              <w:rPr>
                <w:rFonts w:eastAsia="Goethe FF Clan"/>
                <w:b/>
                <w:sz w:val="18"/>
              </w:rPr>
              <w:t>Date and place</w:t>
            </w:r>
          </w:p>
        </w:tc>
        <w:tc>
          <w:tcPr>
            <w:tcW w:w="68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ADEEEAC" w14:textId="77777777" w:rsidR="002C4016" w:rsidRPr="00DF0B46" w:rsidRDefault="002C4016"/>
        </w:tc>
      </w:tr>
    </w:tbl>
    <w:p w14:paraId="23A62B14" w14:textId="77777777" w:rsidR="002C4016" w:rsidRPr="00DF0B46" w:rsidRDefault="002C4016">
      <w:pPr>
        <w:spacing w:after="100" w:line="168" w:lineRule="auto"/>
      </w:pPr>
    </w:p>
    <w:tbl>
      <w:tblPr>
        <w:tblW w:w="9072" w:type="dxa"/>
        <w:tblInd w:w="120" w:type="dxa"/>
        <w:tblLayout w:type="fixed"/>
        <w:tblLook w:val="04A0" w:firstRow="1" w:lastRow="0" w:firstColumn="1" w:lastColumn="0" w:noHBand="0" w:noVBand="1"/>
      </w:tblPr>
      <w:tblGrid>
        <w:gridCol w:w="9072"/>
      </w:tblGrid>
      <w:tr w:rsidR="002C4016" w:rsidRPr="00EE2925" w14:paraId="066B4196" w14:textId="77777777">
        <w:trPr>
          <w:cantSplit/>
          <w:trHeight w:val="520"/>
        </w:trPr>
        <w:tc>
          <w:tcPr>
            <w:tcW w:w="9072" w:type="dxa"/>
            <w:tcBorders>
              <w:top w:val="single" w:sz="6" w:space="0" w:color="D7B4CC"/>
              <w:left w:val="single" w:sz="6" w:space="0" w:color="D7B4CC"/>
              <w:bottom w:val="single" w:sz="6" w:space="0" w:color="D7B4CC"/>
              <w:right w:val="single" w:sz="6" w:space="0" w:color="D7B4CC"/>
            </w:tcBorders>
            <w:shd w:val="clear" w:color="auto" w:fill="F8F1F5"/>
            <w:tcMar>
              <w:top w:w="80" w:type="dxa"/>
              <w:left w:w="120" w:type="dxa"/>
              <w:bottom w:w="80" w:type="dxa"/>
              <w:right w:w="120" w:type="dxa"/>
            </w:tcMar>
            <w:vAlign w:val="center"/>
          </w:tcPr>
          <w:p w14:paraId="38CF5E8E" w14:textId="77777777" w:rsidR="002C4016" w:rsidRPr="00EE2925" w:rsidRDefault="00000000">
            <w:pPr>
              <w:rPr>
                <w:color w:val="003969"/>
              </w:rPr>
            </w:pPr>
            <w:r w:rsidRPr="00EE2925">
              <w:rPr>
                <w:rFonts w:eastAsia="Goethe FF Clan"/>
                <w:b/>
                <w:color w:val="003969"/>
                <w:sz w:val="17"/>
              </w:rPr>
              <w:t xml:space="preserve">For additional co-applicants: </w:t>
            </w:r>
            <w:r w:rsidRPr="00EE2925">
              <w:rPr>
                <w:rFonts w:eastAsia="Goethe FF Clan"/>
                <w:color w:val="003969"/>
                <w:sz w:val="17"/>
              </w:rPr>
              <w:t>Duplicate this mandate page and submit one signed mandate per co-applicant.</w:t>
            </w:r>
          </w:p>
        </w:tc>
      </w:tr>
    </w:tbl>
    <w:p w14:paraId="5BBFBC5B" w14:textId="77777777" w:rsidR="002C4016" w:rsidRPr="00DF0B46" w:rsidRDefault="002C4016">
      <w:pPr>
        <w:spacing w:after="100" w:line="168" w:lineRule="auto"/>
      </w:pPr>
    </w:p>
    <w:p w14:paraId="65A9D6FB" w14:textId="77777777" w:rsidR="002C4016" w:rsidRPr="00DF0B46" w:rsidRDefault="00000000">
      <w:r w:rsidRPr="00DF0B46">
        <w:br w:type="page"/>
      </w:r>
    </w:p>
    <w:p w14:paraId="3FA958EA" w14:textId="77777777" w:rsidR="002C4016" w:rsidRPr="00DF0B46" w:rsidRDefault="00000000">
      <w:pPr>
        <w:pStyle w:val="Heading1"/>
        <w:rPr>
          <w:rFonts w:ascii="Goethe FF Clan" w:hAnsi="Goethe FF Clan"/>
        </w:rPr>
      </w:pPr>
      <w:bookmarkStart w:id="21" w:name="_Toc236816172"/>
      <w:r w:rsidRPr="00DF0B46">
        <w:rPr>
          <w:rFonts w:ascii="Goethe FF Clan" w:eastAsia="Goethe FF Clan" w:hAnsi="Goethe FF Clan"/>
        </w:rPr>
        <w:lastRenderedPageBreak/>
        <w:t>CHECKLIST FOR SELF-GUIDANCE</w:t>
      </w:r>
      <w:bookmarkEnd w:id="21"/>
    </w:p>
    <w:p w14:paraId="5EC4DAE7" w14:textId="77777777" w:rsidR="002C4016" w:rsidRPr="00DF0B46" w:rsidRDefault="00000000">
      <w:pPr>
        <w:spacing w:after="120"/>
      </w:pPr>
      <w:r w:rsidRPr="00DF0B46">
        <w:rPr>
          <w:rFonts w:eastAsia="Goethe FF Clan"/>
          <w:i/>
          <w:color w:val="C00000"/>
          <w:sz w:val="17"/>
        </w:rPr>
        <w:t>Delete this checklist before submitting your application.</w:t>
      </w:r>
    </w:p>
    <w:p w14:paraId="410EBE36" w14:textId="77777777" w:rsidR="002C4016" w:rsidRPr="00DF0B46" w:rsidRDefault="00000000">
      <w:pPr>
        <w:spacing w:after="100"/>
      </w:pPr>
      <w:r w:rsidRPr="00DF0B46">
        <w:rPr>
          <w:rFonts w:eastAsia="Goethe FF Clan"/>
          <w:i/>
          <w:color w:val="666666"/>
          <w:sz w:val="18"/>
        </w:rPr>
        <w:t>Complete the checklist before submission. It is for self-guidance only.</w:t>
      </w:r>
    </w:p>
    <w:tbl>
      <w:tblPr>
        <w:tblW w:w="9072" w:type="dxa"/>
        <w:tblInd w:w="120" w:type="dxa"/>
        <w:tblLayout w:type="fixed"/>
        <w:tblLook w:val="04A0" w:firstRow="1" w:lastRow="0" w:firstColumn="1" w:lastColumn="0" w:noHBand="0" w:noVBand="1"/>
      </w:tblPr>
      <w:tblGrid>
        <w:gridCol w:w="7031"/>
        <w:gridCol w:w="680"/>
        <w:gridCol w:w="680"/>
        <w:gridCol w:w="681"/>
      </w:tblGrid>
      <w:tr w:rsidR="002C4016" w:rsidRPr="00DF0B46" w14:paraId="120FC2D9" w14:textId="77777777" w:rsidTr="00D85047">
        <w:trPr>
          <w:cantSplit/>
          <w:trHeight w:val="560"/>
          <w:tblHeader/>
        </w:trPr>
        <w:tc>
          <w:tcPr>
            <w:tcW w:w="7031"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6DA405D7" w14:textId="77777777" w:rsidR="002C4016" w:rsidRPr="00DF0B46" w:rsidRDefault="00000000">
            <w:r w:rsidRPr="00DF0B46">
              <w:rPr>
                <w:rFonts w:eastAsia="Goethe FF Clan"/>
                <w:b/>
                <w:color w:val="FFFFFF"/>
                <w:sz w:val="17"/>
              </w:rPr>
              <w:t>Before submitting, confirm each item is complete</w:t>
            </w:r>
          </w:p>
        </w:tc>
        <w:tc>
          <w:tcPr>
            <w:tcW w:w="680"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4880FC58" w14:textId="77777777" w:rsidR="002C4016" w:rsidRPr="00DF0B46" w:rsidRDefault="00000000">
            <w:pPr>
              <w:jc w:val="center"/>
            </w:pPr>
            <w:r w:rsidRPr="00DF0B46">
              <w:rPr>
                <w:rFonts w:eastAsia="Goethe FF Clan"/>
                <w:b/>
                <w:color w:val="FFFFFF"/>
                <w:sz w:val="17"/>
              </w:rPr>
              <w:t>Yes</w:t>
            </w:r>
          </w:p>
        </w:tc>
        <w:tc>
          <w:tcPr>
            <w:tcW w:w="680"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175DA3E6" w14:textId="77777777" w:rsidR="002C4016" w:rsidRPr="00DF0B46" w:rsidRDefault="00000000">
            <w:pPr>
              <w:jc w:val="center"/>
            </w:pPr>
            <w:r w:rsidRPr="00DF0B46">
              <w:rPr>
                <w:rFonts w:eastAsia="Goethe FF Clan"/>
                <w:b/>
                <w:color w:val="FFFFFF"/>
                <w:sz w:val="17"/>
              </w:rPr>
              <w:t>No</w:t>
            </w:r>
          </w:p>
        </w:tc>
        <w:tc>
          <w:tcPr>
            <w:tcW w:w="681" w:type="dxa"/>
            <w:tcBorders>
              <w:top w:val="single" w:sz="6" w:space="0" w:color="808080"/>
              <w:left w:val="single" w:sz="6" w:space="0" w:color="808080"/>
              <w:bottom w:val="single" w:sz="6" w:space="0" w:color="808080"/>
              <w:right w:val="single" w:sz="6" w:space="0" w:color="808080"/>
            </w:tcBorders>
            <w:shd w:val="clear" w:color="auto" w:fill="003969"/>
            <w:tcMar>
              <w:top w:w="80" w:type="dxa"/>
              <w:left w:w="120" w:type="dxa"/>
              <w:bottom w:w="80" w:type="dxa"/>
              <w:right w:w="120" w:type="dxa"/>
            </w:tcMar>
            <w:vAlign w:val="center"/>
          </w:tcPr>
          <w:p w14:paraId="7E655F8E" w14:textId="77777777" w:rsidR="002C4016" w:rsidRPr="00DF0B46" w:rsidRDefault="00000000">
            <w:pPr>
              <w:jc w:val="center"/>
            </w:pPr>
            <w:r w:rsidRPr="00DF0B46">
              <w:rPr>
                <w:rFonts w:eastAsia="Goethe FF Clan"/>
                <w:b/>
                <w:color w:val="FFFFFF"/>
                <w:sz w:val="17"/>
              </w:rPr>
              <w:t>N/A</w:t>
            </w:r>
          </w:p>
        </w:tc>
      </w:tr>
      <w:tr w:rsidR="002C4016" w:rsidRPr="00DF0B46" w14:paraId="5DEEA598"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1B2C6D8" w14:textId="77777777" w:rsidR="002C4016" w:rsidRPr="00DF0B46" w:rsidRDefault="00000000">
            <w:r w:rsidRPr="00DF0B46">
              <w:rPr>
                <w:rFonts w:eastAsia="Verdana"/>
                <w:sz w:val="19"/>
              </w:rPr>
              <w:t>1. Annex I - this Application Form - is complete, in English and ready to upload as PDF through GAP.</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282EEF0"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41535F2"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CC35DB5" w14:textId="77777777" w:rsidR="002C4016" w:rsidRPr="00DF0B46" w:rsidRDefault="002C4016">
            <w:pPr>
              <w:jc w:val="center"/>
            </w:pPr>
          </w:p>
        </w:tc>
      </w:tr>
      <w:tr w:rsidR="002C4016" w:rsidRPr="00DF0B46" w14:paraId="130696EF"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753A4F1" w14:textId="77777777" w:rsidR="002C4016" w:rsidRPr="00DF0B46" w:rsidRDefault="00000000">
            <w:r w:rsidRPr="00DF0B46">
              <w:rPr>
                <w:rFonts w:eastAsia="Verdana"/>
                <w:sz w:val="19"/>
              </w:rPr>
              <w:t>2. Annex II - Budget and Funding Plan - is complete, balanced, stated in EUR and ready to upload in Excel format.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EEB7A88"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AC88A19"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A66C0FE" w14:textId="77777777" w:rsidR="002C4016" w:rsidRPr="00DF0B46" w:rsidRDefault="002C4016">
            <w:pPr>
              <w:jc w:val="center"/>
            </w:pPr>
          </w:p>
        </w:tc>
      </w:tr>
      <w:tr w:rsidR="002C4016" w:rsidRPr="00DF0B46" w14:paraId="642E3FB1"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ED90D50" w14:textId="77777777" w:rsidR="002C4016" w:rsidRPr="00DF0B46" w:rsidRDefault="00000000">
            <w:r w:rsidRPr="00DF0B46">
              <w:rPr>
                <w:rFonts w:eastAsia="Verdana"/>
                <w:sz w:val="19"/>
              </w:rPr>
              <w:t>3. Annex III - Logical Framework Matrix - is complete and ready to upload as PDF.</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7E0A2A2"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FCC0256"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0825CC8" w14:textId="77777777" w:rsidR="002C4016" w:rsidRPr="00DF0B46" w:rsidRDefault="002C4016">
            <w:pPr>
              <w:jc w:val="center"/>
            </w:pPr>
          </w:p>
        </w:tc>
      </w:tr>
      <w:tr w:rsidR="002C4016" w:rsidRPr="00DF0B46" w14:paraId="51C74315"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D4E5DBD" w14:textId="77777777" w:rsidR="002C4016" w:rsidRPr="00DF0B46" w:rsidRDefault="00000000">
            <w:r w:rsidRPr="00DF0B46">
              <w:rPr>
                <w:rFonts w:eastAsia="Verdana"/>
                <w:sz w:val="19"/>
              </w:rPr>
              <w:t>4. Annex IV - Legal Entity Sheet - is complete and signed for the single/Lead Applicant and each Co-applicant.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26EFFD7"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759AF54"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6A7E349" w14:textId="77777777" w:rsidR="002C4016" w:rsidRPr="00DF0B46" w:rsidRDefault="002C4016">
            <w:pPr>
              <w:jc w:val="center"/>
            </w:pPr>
          </w:p>
        </w:tc>
      </w:tr>
      <w:tr w:rsidR="002C4016" w:rsidRPr="00DF0B46" w14:paraId="308B0A07"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465551E" w14:textId="77777777" w:rsidR="002C4016" w:rsidRPr="00DF0B46" w:rsidRDefault="00000000">
            <w:r w:rsidRPr="00DF0B46">
              <w:rPr>
                <w:rFonts w:eastAsia="Verdana"/>
                <w:sz w:val="19"/>
              </w:rPr>
              <w:t>5. Annex V - Financial Identification Form - is complete and signed for the single/Lead Applicant.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E7F4D99"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4D09710"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140084C" w14:textId="77777777" w:rsidR="002C4016" w:rsidRPr="00DF0B46" w:rsidRDefault="002C4016">
            <w:pPr>
              <w:jc w:val="center"/>
            </w:pPr>
          </w:p>
        </w:tc>
      </w:tr>
      <w:tr w:rsidR="002C4016" w:rsidRPr="00DF0B46" w14:paraId="22A46CB7"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10C6DC8" w14:textId="77777777" w:rsidR="002C4016" w:rsidRPr="00DF0B46" w:rsidRDefault="00000000">
            <w:r w:rsidRPr="00DF0B46">
              <w:rPr>
                <w:rFonts w:eastAsia="Verdana"/>
                <w:sz w:val="19"/>
              </w:rPr>
              <w:t>6. Annex VI - Self-Declaration Form - is complete and signed for the single/Lead Applicant and each Co-applicant.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4DC772F"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8D524A3"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3EB3D87" w14:textId="77777777" w:rsidR="002C4016" w:rsidRPr="00DF0B46" w:rsidRDefault="002C4016">
            <w:pPr>
              <w:jc w:val="center"/>
            </w:pPr>
          </w:p>
        </w:tc>
      </w:tr>
      <w:tr w:rsidR="002C4016" w:rsidRPr="00DF0B46" w14:paraId="40208FC2"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8EB67F3" w14:textId="3B446480" w:rsidR="002C4016" w:rsidRPr="00DF0B46" w:rsidRDefault="00000000">
            <w:r w:rsidRPr="00DF0B46">
              <w:rPr>
                <w:rFonts w:eastAsia="Verdana"/>
                <w:sz w:val="19"/>
              </w:rPr>
              <w:t xml:space="preserve">7. </w:t>
            </w:r>
            <w:r w:rsidR="007C4308" w:rsidRPr="007C4308">
              <w:rPr>
                <w:rFonts w:eastAsia="Verdana"/>
                <w:sz w:val="19"/>
              </w:rPr>
              <w:t>Annex VII – Financial Statements – is included for the single/Lead Applicant.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9FF82FC"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A50CFBD"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93E8FD5" w14:textId="77777777" w:rsidR="002C4016" w:rsidRPr="00DF0B46" w:rsidRDefault="002C4016">
            <w:pPr>
              <w:jc w:val="center"/>
            </w:pPr>
          </w:p>
        </w:tc>
      </w:tr>
      <w:tr w:rsidR="002C4016" w:rsidRPr="00DF0B46" w14:paraId="794A7F5E"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C37D3DA" w14:textId="77777777" w:rsidR="002C4016" w:rsidRPr="00DF0B46" w:rsidRDefault="00000000">
            <w:r w:rsidRPr="00DF0B46">
              <w:rPr>
                <w:rFonts w:eastAsia="Verdana"/>
                <w:sz w:val="19"/>
              </w:rPr>
              <w:t xml:space="preserve">8. CVs of the core team members are included in PDF </w:t>
            </w:r>
            <w:proofErr w:type="gramStart"/>
            <w:r w:rsidRPr="00DF0B46">
              <w:rPr>
                <w:rFonts w:eastAsia="Verdana"/>
                <w:sz w:val="19"/>
              </w:rPr>
              <w:t>format</w:t>
            </w:r>
            <w:proofErr w:type="gramEnd"/>
            <w:r w:rsidRPr="00DF0B46">
              <w:rPr>
                <w:rFonts w:eastAsia="Verdana"/>
                <w:sz w:val="19"/>
              </w:rPr>
              <w:t xml:space="preserve"> and each CV is no more than three pages.</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4C72BE2"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7EB6734"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CE2F12A" w14:textId="77777777" w:rsidR="002C4016" w:rsidRPr="00DF0B46" w:rsidRDefault="002C4016">
            <w:pPr>
              <w:jc w:val="center"/>
            </w:pPr>
          </w:p>
        </w:tc>
      </w:tr>
      <w:tr w:rsidR="002C4016" w:rsidRPr="00DF0B46" w14:paraId="752892B0"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A05324F" w14:textId="77777777" w:rsidR="002C4016" w:rsidRPr="00DF0B46" w:rsidRDefault="00000000">
            <w:r w:rsidRPr="00DF0B46">
              <w:rPr>
                <w:rFonts w:eastAsia="Verdana"/>
                <w:sz w:val="19"/>
              </w:rPr>
              <w:t>9. A signed mandate is included for each Co-applicant, where applicable.</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467CF99"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D9404B0"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284A130" w14:textId="77777777" w:rsidR="002C4016" w:rsidRPr="00DF0B46" w:rsidRDefault="002C4016">
            <w:pPr>
              <w:jc w:val="center"/>
            </w:pPr>
          </w:p>
        </w:tc>
      </w:tr>
      <w:tr w:rsidR="002C4016" w:rsidRPr="00DF0B46" w14:paraId="120AE6F0"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0906B7D" w14:textId="77777777" w:rsidR="002C4016" w:rsidRPr="00DF0B46" w:rsidRDefault="00000000">
            <w:r w:rsidRPr="00DF0B46">
              <w:rPr>
                <w:rFonts w:eastAsia="Verdana"/>
                <w:sz w:val="19"/>
              </w:rPr>
              <w:t>10. The single/Lead Applicant meets all eligibility requirements; every Co-applicant meets the requirements applicable to Co-applicants; and the consortium has no more than three members.</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F787680"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B66C90B"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13B7BD7" w14:textId="77777777" w:rsidR="002C4016" w:rsidRPr="00DF0B46" w:rsidRDefault="002C4016">
            <w:pPr>
              <w:jc w:val="center"/>
            </w:pPr>
          </w:p>
        </w:tc>
      </w:tr>
      <w:tr w:rsidR="002C4016" w:rsidRPr="00DF0B46" w14:paraId="7D467D58"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74A342B" w14:textId="77777777" w:rsidR="002C4016" w:rsidRPr="00DF0B46" w:rsidRDefault="00000000">
            <w:r w:rsidRPr="00DF0B46">
              <w:rPr>
                <w:rFonts w:eastAsia="Verdana"/>
                <w:sz w:val="19"/>
              </w:rPr>
              <w:t>11. The grant request does not exceed EUR 500,000 and the implementation period is November 2026 to 31 July 2028.</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4C02B31"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B45BAE9"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D205AC2" w14:textId="77777777" w:rsidR="002C4016" w:rsidRPr="00DF0B46" w:rsidRDefault="002C4016">
            <w:pPr>
              <w:jc w:val="center"/>
            </w:pPr>
          </w:p>
        </w:tc>
      </w:tr>
      <w:tr w:rsidR="002C4016" w:rsidRPr="00DF0B46" w14:paraId="76E9634E"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4439401" w14:textId="77777777" w:rsidR="002C4016" w:rsidRPr="00DF0B46" w:rsidRDefault="00000000">
            <w:r w:rsidRPr="00DF0B46">
              <w:rPr>
                <w:rFonts w:eastAsia="Verdana"/>
                <w:sz w:val="19"/>
              </w:rPr>
              <w:t xml:space="preserve">12. The proposal presents one coherent Standard Capacity Building </w:t>
            </w:r>
            <w:proofErr w:type="spellStart"/>
            <w:r w:rsidRPr="00DF0B46">
              <w:rPr>
                <w:rFonts w:eastAsia="Verdana"/>
                <w:sz w:val="19"/>
              </w:rPr>
              <w:t>programme</w:t>
            </w:r>
            <w:proofErr w:type="spellEnd"/>
            <w:r w:rsidRPr="00DF0B46">
              <w:rPr>
                <w:rFonts w:eastAsia="Verdana"/>
                <w:sz w:val="19"/>
              </w:rPr>
              <w:t xml:space="preserve"> with three modular learning rounds and a substantial face-to-face dimension.</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F91A7BA"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1DC81B6"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368CF66" w14:textId="77777777" w:rsidR="002C4016" w:rsidRPr="00DF0B46" w:rsidRDefault="002C4016">
            <w:pPr>
              <w:jc w:val="center"/>
            </w:pPr>
          </w:p>
        </w:tc>
      </w:tr>
      <w:tr w:rsidR="002C4016" w:rsidRPr="00DF0B46" w14:paraId="662E285A"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2938CB6" w14:textId="77777777" w:rsidR="002C4016" w:rsidRPr="00DF0B46" w:rsidRDefault="00000000">
            <w:r w:rsidRPr="00DF0B46">
              <w:rPr>
                <w:rFonts w:eastAsia="Verdana"/>
                <w:sz w:val="19"/>
              </w:rPr>
              <w:t xml:space="preserve">13. The proposal serves EU4Culture II Living Labs and Intermediary </w:t>
            </w:r>
            <w:proofErr w:type="spellStart"/>
            <w:r w:rsidRPr="00DF0B46">
              <w:rPr>
                <w:rFonts w:eastAsia="Verdana"/>
                <w:sz w:val="19"/>
              </w:rPr>
              <w:t>Organisations</w:t>
            </w:r>
            <w:proofErr w:type="spellEnd"/>
            <w:r w:rsidRPr="00DF0B46">
              <w:rPr>
                <w:rFonts w:eastAsia="Verdana"/>
                <w:sz w:val="19"/>
              </w:rPr>
              <w:t xml:space="preserve"> across all participating countries and communities and covers essential participation costs.</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218A192E"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9F4C550"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E427277" w14:textId="77777777" w:rsidR="002C4016" w:rsidRPr="00DF0B46" w:rsidRDefault="002C4016">
            <w:pPr>
              <w:jc w:val="center"/>
            </w:pPr>
          </w:p>
        </w:tc>
      </w:tr>
      <w:tr w:rsidR="002C4016" w:rsidRPr="00DF0B46" w14:paraId="1E2BB3A9"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3CEFED5" w14:textId="77777777" w:rsidR="002C4016" w:rsidRPr="00DF0B46" w:rsidRDefault="00000000">
            <w:r w:rsidRPr="00DF0B46">
              <w:rPr>
                <w:rFonts w:eastAsia="Verdana"/>
                <w:sz w:val="19"/>
              </w:rPr>
              <w:t xml:space="preserve">14. The </w:t>
            </w:r>
            <w:proofErr w:type="spellStart"/>
            <w:r w:rsidRPr="00DF0B46">
              <w:rPr>
                <w:rFonts w:eastAsia="Verdana"/>
                <w:sz w:val="19"/>
              </w:rPr>
              <w:t>programme</w:t>
            </w:r>
            <w:proofErr w:type="spellEnd"/>
            <w:r w:rsidRPr="00DF0B46">
              <w:rPr>
                <w:rFonts w:eastAsia="Verdana"/>
                <w:sz w:val="19"/>
              </w:rPr>
              <w:t xml:space="preserve"> supports practical application and </w:t>
            </w:r>
            <w:proofErr w:type="spellStart"/>
            <w:r w:rsidRPr="00DF0B46">
              <w:rPr>
                <w:rFonts w:eastAsia="Verdana"/>
                <w:sz w:val="19"/>
              </w:rPr>
              <w:t>organisational</w:t>
            </w:r>
            <w:proofErr w:type="spellEnd"/>
            <w:r w:rsidRPr="00DF0B46">
              <w:rPr>
                <w:rFonts w:eastAsia="Verdana"/>
                <w:sz w:val="19"/>
              </w:rPr>
              <w:t xml:space="preserve"> transfer of learning and does not duplicate Bespoke Capacity Building, mentoring or direct Roadmap/Value Proposition implementation.</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712E7B5"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7B4FB250"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B78A3AB" w14:textId="77777777" w:rsidR="002C4016" w:rsidRPr="00DF0B46" w:rsidRDefault="002C4016">
            <w:pPr>
              <w:jc w:val="center"/>
            </w:pPr>
          </w:p>
        </w:tc>
      </w:tr>
      <w:tr w:rsidR="002C4016" w:rsidRPr="00DF0B46" w14:paraId="4D58D961"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D981A63" w14:textId="77777777" w:rsidR="002C4016" w:rsidRPr="00DF0B46" w:rsidRDefault="00000000">
            <w:r w:rsidRPr="00DF0B46">
              <w:rPr>
                <w:rFonts w:eastAsia="Verdana"/>
                <w:sz w:val="19"/>
              </w:rPr>
              <w:t>15. Results, indicators and targets are consistent between this form and Annex III; the budget is consistent between this form and Annex II.</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F390017"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8C527B4"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E910AD1" w14:textId="77777777" w:rsidR="002C4016" w:rsidRPr="00DF0B46" w:rsidRDefault="002C4016">
            <w:pPr>
              <w:jc w:val="center"/>
            </w:pPr>
          </w:p>
        </w:tc>
      </w:tr>
      <w:tr w:rsidR="002C4016" w:rsidRPr="00DF0B46" w14:paraId="321294B2"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49835FA" w14:textId="77777777" w:rsidR="002C4016" w:rsidRPr="00DF0B46" w:rsidRDefault="00000000">
            <w:r w:rsidRPr="00DF0B46">
              <w:rPr>
                <w:rFonts w:eastAsia="Verdana"/>
                <w:sz w:val="19"/>
              </w:rPr>
              <w:t xml:space="preserve">16. All other funding connected to the proposed activities has been declared and no cost is </w:t>
            </w:r>
            <w:proofErr w:type="gramStart"/>
            <w:r w:rsidRPr="00DF0B46">
              <w:rPr>
                <w:rFonts w:eastAsia="Verdana"/>
                <w:sz w:val="19"/>
              </w:rPr>
              <w:t>double-funded</w:t>
            </w:r>
            <w:proofErr w:type="gramEnd"/>
            <w:r w:rsidRPr="00DF0B46">
              <w:rPr>
                <w:rFonts w:eastAsia="Verdana"/>
                <w:sz w:val="19"/>
              </w:rPr>
              <w: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E5BAC8F"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DF7C3A3"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5192E51" w14:textId="77777777" w:rsidR="002C4016" w:rsidRPr="00DF0B46" w:rsidRDefault="002C4016">
            <w:pPr>
              <w:jc w:val="center"/>
            </w:pPr>
          </w:p>
        </w:tc>
      </w:tr>
      <w:tr w:rsidR="002C4016" w:rsidRPr="00DF0B46" w14:paraId="2D8F3922"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DDF3E25" w14:textId="77777777" w:rsidR="002C4016" w:rsidRPr="00DF0B46" w:rsidRDefault="00000000">
            <w:r w:rsidRPr="00DF0B46">
              <w:rPr>
                <w:rFonts w:eastAsia="Verdana"/>
                <w:sz w:val="19"/>
              </w:rPr>
              <w:lastRenderedPageBreak/>
              <w:t>17. The proposal includes proportionate arrangements for quality assurance, feedback, risk management, accessibility, safeguarding and horizontal principles.</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85FBDE0"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1C040934"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61E1C6A9" w14:textId="77777777" w:rsidR="002C4016" w:rsidRPr="00DF0B46" w:rsidRDefault="002C4016">
            <w:pPr>
              <w:jc w:val="center"/>
            </w:pPr>
          </w:p>
        </w:tc>
      </w:tr>
      <w:tr w:rsidR="002C4016" w:rsidRPr="00DF0B46" w14:paraId="1CA3A9B6" w14:textId="77777777">
        <w:trPr>
          <w:cantSplit/>
          <w:trHeight w:val="560"/>
        </w:trPr>
        <w:tc>
          <w:tcPr>
            <w:tcW w:w="703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3076AE7A" w14:textId="60B40356" w:rsidR="002C4016" w:rsidRPr="00DF0B46" w:rsidRDefault="00000000">
            <w:r w:rsidRPr="00DF0B46">
              <w:rPr>
                <w:rFonts w:eastAsia="Verdana"/>
                <w:sz w:val="19"/>
              </w:rPr>
              <w:t>1</w:t>
            </w:r>
            <w:r w:rsidR="007C4308">
              <w:rPr>
                <w:rFonts w:eastAsia="Verdana"/>
                <w:sz w:val="19"/>
              </w:rPr>
              <w:t>8</w:t>
            </w:r>
            <w:r w:rsidRPr="00DF0B46">
              <w:rPr>
                <w:rFonts w:eastAsia="Verdana"/>
                <w:sz w:val="19"/>
              </w:rPr>
              <w:t>. All documents will be submitted through GAP before 5 October 2026 at 18:00 CEST.</w:t>
            </w: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5410456D" w14:textId="77777777" w:rsidR="002C4016" w:rsidRPr="00DF0B46" w:rsidRDefault="002C4016">
            <w:pPr>
              <w:jc w:val="center"/>
            </w:pPr>
          </w:p>
        </w:tc>
        <w:tc>
          <w:tcPr>
            <w:tcW w:w="680"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0F444EE7" w14:textId="77777777" w:rsidR="002C4016" w:rsidRPr="00DF0B46" w:rsidRDefault="002C4016">
            <w:pPr>
              <w:jc w:val="center"/>
            </w:pPr>
          </w:p>
        </w:tc>
        <w:tc>
          <w:tcPr>
            <w:tcW w:w="681" w:type="dxa"/>
            <w:tcBorders>
              <w:top w:val="single" w:sz="6" w:space="0" w:color="808080"/>
              <w:left w:val="single" w:sz="6" w:space="0" w:color="808080"/>
              <w:bottom w:val="single" w:sz="6" w:space="0" w:color="808080"/>
              <w:right w:val="single" w:sz="6" w:space="0" w:color="808080"/>
            </w:tcBorders>
            <w:tcMar>
              <w:top w:w="80" w:type="dxa"/>
              <w:left w:w="120" w:type="dxa"/>
              <w:bottom w:w="80" w:type="dxa"/>
              <w:right w:w="120" w:type="dxa"/>
            </w:tcMar>
            <w:vAlign w:val="center"/>
          </w:tcPr>
          <w:p w14:paraId="4A93A166" w14:textId="77777777" w:rsidR="002C4016" w:rsidRPr="00DF0B46" w:rsidRDefault="002C4016">
            <w:pPr>
              <w:jc w:val="center"/>
            </w:pPr>
          </w:p>
        </w:tc>
      </w:tr>
    </w:tbl>
    <w:p w14:paraId="4DB274EC" w14:textId="77777777" w:rsidR="002C4016" w:rsidRPr="00DF0B46" w:rsidRDefault="002C4016">
      <w:pPr>
        <w:spacing w:after="100" w:line="168" w:lineRule="auto"/>
      </w:pPr>
    </w:p>
    <w:sectPr w:rsidR="002C4016" w:rsidRPr="00DF0B46" w:rsidSect="00034616">
      <w:headerReference w:type="default" r:id="rId11"/>
      <w:footerReference w:type="default" r:id="rId12"/>
      <w:headerReference w:type="first" r:id="rId13"/>
      <w:footerReference w:type="first" r:id="rId14"/>
      <w:pgSz w:w="11906" w:h="16838"/>
      <w:pgMar w:top="1134" w:right="1417" w:bottom="1020" w:left="1417"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ECAD81" w14:textId="77777777" w:rsidR="00C95AB3" w:rsidRDefault="00C95AB3">
      <w:r>
        <w:separator/>
      </w:r>
    </w:p>
  </w:endnote>
  <w:endnote w:type="continuationSeparator" w:id="0">
    <w:p w14:paraId="3AC65B3C" w14:textId="77777777" w:rsidR="00C95AB3" w:rsidRDefault="00C9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oethe FF Clan">
    <w:panose1 w:val="020B0604020202020204"/>
    <w:charset w:val="00"/>
    <w:family w:val="swiss"/>
    <w:pitch w:val="variable"/>
    <w:sig w:usb0="A00002BF" w:usb1="4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9D6166" w14:textId="77777777" w:rsidR="002C4016" w:rsidRDefault="00000000">
    <w:pPr>
      <w:pStyle w:val="Footer"/>
      <w:jc w:val="center"/>
    </w:pPr>
    <w:r>
      <w:rPr>
        <w:rFonts w:eastAsia="Goethe FF Clan"/>
        <w:color w:val="666666"/>
        <w:sz w:val="14"/>
      </w:rPr>
      <w:t xml:space="preserve">Page </w:t>
    </w: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71A354" w14:textId="77777777" w:rsidR="002C4016" w:rsidRDefault="00000000">
    <w:pPr>
      <w:pStyle w:val="Footer"/>
    </w:pPr>
    <w:r>
      <w:rPr>
        <w:rFonts w:eastAsia="Goethe FF Clan"/>
        <w:sz w:val="11"/>
      </w:rPr>
      <w:t>EU4Culture II - Sustainable Creative Ecosystems | Contribution Agreement No 700002774</w:t>
    </w:r>
    <w:r>
      <w:rPr>
        <w:rFonts w:eastAsia="Goethe FF Clan"/>
        <w:sz w:val="11"/>
      </w:rPr>
      <w:br/>
      <w:t>Application Form for the Standard Capacity Building Component within EU4Culture 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F93676" w14:textId="77777777" w:rsidR="00C95AB3" w:rsidRDefault="00C95AB3">
      <w:r>
        <w:separator/>
      </w:r>
    </w:p>
  </w:footnote>
  <w:footnote w:type="continuationSeparator" w:id="0">
    <w:p w14:paraId="1E8E6437" w14:textId="77777777" w:rsidR="00C95AB3" w:rsidRDefault="00C95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11CB98" w14:textId="77777777" w:rsidR="002C4016" w:rsidRDefault="00000000">
    <w:pPr>
      <w:pStyle w:val="Header"/>
    </w:pPr>
    <w:r>
      <w:rPr>
        <w:rFonts w:eastAsia="Goethe FF Clan"/>
        <w:sz w:val="11"/>
      </w:rPr>
      <w:t>EU4Culture II - Sustainable Creative Ecosystems | Contribution Agreement No 700002774</w:t>
    </w:r>
  </w:p>
  <w:p w14:paraId="5DBC80F3" w14:textId="77777777" w:rsidR="002C4016" w:rsidRDefault="00000000">
    <w:r>
      <w:rPr>
        <w:rFonts w:eastAsia="Goethe FF Clan"/>
        <w:sz w:val="11"/>
      </w:rPr>
      <w:t>Application Form for the Standard Capacity Building Component within EU4Culture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8EB757" w14:textId="77777777" w:rsidR="002C4016" w:rsidRDefault="002C4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433528">
    <w:abstractNumId w:val="8"/>
  </w:num>
  <w:num w:numId="2" w16cid:durableId="2098359083">
    <w:abstractNumId w:val="6"/>
  </w:num>
  <w:num w:numId="3" w16cid:durableId="457996875">
    <w:abstractNumId w:val="5"/>
  </w:num>
  <w:num w:numId="4" w16cid:durableId="1206983435">
    <w:abstractNumId w:val="4"/>
  </w:num>
  <w:num w:numId="5" w16cid:durableId="1689716683">
    <w:abstractNumId w:val="7"/>
  </w:num>
  <w:num w:numId="6" w16cid:durableId="624316476">
    <w:abstractNumId w:val="3"/>
  </w:num>
  <w:num w:numId="7" w16cid:durableId="1066103711">
    <w:abstractNumId w:val="2"/>
  </w:num>
  <w:num w:numId="8" w16cid:durableId="1849758772">
    <w:abstractNumId w:val="1"/>
  </w:num>
  <w:num w:numId="9" w16cid:durableId="8196903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737"/>
    <w:rsid w:val="0006063C"/>
    <w:rsid w:val="001179C1"/>
    <w:rsid w:val="0015074B"/>
    <w:rsid w:val="001660B2"/>
    <w:rsid w:val="001707FA"/>
    <w:rsid w:val="00197765"/>
    <w:rsid w:val="0029639D"/>
    <w:rsid w:val="002C4016"/>
    <w:rsid w:val="00326F90"/>
    <w:rsid w:val="003F1B89"/>
    <w:rsid w:val="00483438"/>
    <w:rsid w:val="004D7916"/>
    <w:rsid w:val="00624DD3"/>
    <w:rsid w:val="00701F89"/>
    <w:rsid w:val="007C0C13"/>
    <w:rsid w:val="007C4308"/>
    <w:rsid w:val="009F2ED9"/>
    <w:rsid w:val="00A94031"/>
    <w:rsid w:val="00AA1D8D"/>
    <w:rsid w:val="00AE68C2"/>
    <w:rsid w:val="00B47730"/>
    <w:rsid w:val="00C460E1"/>
    <w:rsid w:val="00C82865"/>
    <w:rsid w:val="00C95AB3"/>
    <w:rsid w:val="00CB0664"/>
    <w:rsid w:val="00CF6536"/>
    <w:rsid w:val="00D85047"/>
    <w:rsid w:val="00D870D5"/>
    <w:rsid w:val="00DF0B46"/>
    <w:rsid w:val="00DF2ECA"/>
    <w:rsid w:val="00E32602"/>
    <w:rsid w:val="00E80B55"/>
    <w:rsid w:val="00EE2925"/>
    <w:rsid w:val="00F620BF"/>
    <w:rsid w:val="00FC6017"/>
    <w:rsid w:val="00FC693F"/>
    <w:rsid w:val="00FF3E09"/>
    <w:rsid w:val="4394B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228A2"/>
  <w14:defaultImageDpi w14:val="300"/>
  <w15:docId w15:val="{55D02BF6-D559-4263-8F16-672B8074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oethe FF Clan" w:hAnsi="Goethe FF Clan"/>
      <w:color w:val="000000"/>
      <w:sz w:val="20"/>
    </w:rPr>
  </w:style>
  <w:style w:type="paragraph" w:styleId="Heading1">
    <w:name w:val="heading 1"/>
    <w:basedOn w:val="Normal"/>
    <w:next w:val="Normal"/>
    <w:link w:val="Heading1Char"/>
    <w:uiPriority w:val="9"/>
    <w:qFormat/>
    <w:rsid w:val="00D85047"/>
    <w:pPr>
      <w:keepNext/>
      <w:keepLines/>
      <w:spacing w:before="480" w:after="120"/>
      <w:outlineLvl w:val="0"/>
    </w:pPr>
    <w:rPr>
      <w:rFonts w:asciiTheme="majorHAnsi" w:eastAsiaTheme="majorEastAsia" w:hAnsiTheme="majorHAnsi" w:cstheme="majorBidi"/>
      <w:b/>
      <w:bCs/>
      <w:color w:val="003969"/>
      <w:sz w:val="28"/>
      <w:szCs w:val="28"/>
    </w:rPr>
  </w:style>
  <w:style w:type="paragraph" w:styleId="Heading2">
    <w:name w:val="heading 2"/>
    <w:basedOn w:val="Normal"/>
    <w:next w:val="Normal"/>
    <w:link w:val="Heading2Char"/>
    <w:uiPriority w:val="9"/>
    <w:unhideWhenUsed/>
    <w:qFormat/>
    <w:rsid w:val="00D85047"/>
    <w:pPr>
      <w:keepNext/>
      <w:keepLines/>
      <w:spacing w:before="360" w:after="120"/>
      <w:outlineLvl w:val="1"/>
    </w:pPr>
    <w:rPr>
      <w:rFonts w:asciiTheme="majorHAnsi" w:eastAsiaTheme="majorEastAsia" w:hAnsiTheme="majorHAnsi" w:cstheme="majorBidi"/>
      <w:b/>
      <w:bCs/>
      <w:color w:val="003969"/>
      <w:sz w:val="24"/>
      <w:szCs w:val="26"/>
    </w:rPr>
  </w:style>
  <w:style w:type="paragraph" w:styleId="Heading3">
    <w:name w:val="heading 3"/>
    <w:basedOn w:val="Normal"/>
    <w:next w:val="Normal"/>
    <w:link w:val="Heading3Char"/>
    <w:uiPriority w:val="9"/>
    <w:unhideWhenUsed/>
    <w:qFormat/>
    <w:rsid w:val="00D85047"/>
    <w:pPr>
      <w:keepNext/>
      <w:keepLines/>
      <w:spacing w:before="200" w:after="80"/>
      <w:outlineLvl w:val="2"/>
    </w:pPr>
    <w:rPr>
      <w:rFonts w:asciiTheme="majorHAnsi" w:eastAsiaTheme="majorEastAsia" w:hAnsiTheme="majorHAnsi" w:cstheme="majorBidi"/>
      <w:b/>
      <w:bCs/>
      <w:color w:val="003969"/>
      <w:sz w:val="2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85047"/>
    <w:rPr>
      <w:rFonts w:asciiTheme="majorHAnsi" w:eastAsiaTheme="majorEastAsia" w:hAnsiTheme="majorHAnsi" w:cstheme="majorBidi"/>
      <w:b/>
      <w:bCs/>
      <w:color w:val="003969"/>
      <w:sz w:val="28"/>
      <w:szCs w:val="28"/>
    </w:rPr>
  </w:style>
  <w:style w:type="character" w:customStyle="1" w:styleId="Heading2Char">
    <w:name w:val="Heading 2 Char"/>
    <w:basedOn w:val="DefaultParagraphFont"/>
    <w:link w:val="Heading2"/>
    <w:uiPriority w:val="9"/>
    <w:rsid w:val="00D85047"/>
    <w:rPr>
      <w:rFonts w:asciiTheme="majorHAnsi" w:eastAsiaTheme="majorEastAsia" w:hAnsiTheme="majorHAnsi" w:cstheme="majorBidi"/>
      <w:b/>
      <w:bCs/>
      <w:color w:val="003969"/>
      <w:sz w:val="24"/>
      <w:szCs w:val="26"/>
    </w:rPr>
  </w:style>
  <w:style w:type="character" w:customStyle="1" w:styleId="Heading3Char">
    <w:name w:val="Heading 3 Char"/>
    <w:basedOn w:val="DefaultParagraphFont"/>
    <w:link w:val="Heading3"/>
    <w:uiPriority w:val="9"/>
    <w:rsid w:val="00D85047"/>
    <w:rPr>
      <w:rFonts w:asciiTheme="majorHAnsi" w:eastAsiaTheme="majorEastAsia" w:hAnsiTheme="majorHAnsi" w:cstheme="majorBidi"/>
      <w:b/>
      <w:bCs/>
      <w:color w:val="003969"/>
      <w:sz w:val="2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ind w:left="547" w:hanging="259"/>
      <w:contextualSpacing/>
    </w:pPr>
    <w:rPr>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DF2ECA"/>
    <w:pPr>
      <w:spacing w:after="100"/>
    </w:pPr>
  </w:style>
  <w:style w:type="paragraph" w:styleId="TOC2">
    <w:name w:val="toc 2"/>
    <w:basedOn w:val="Normal"/>
    <w:next w:val="Normal"/>
    <w:autoRedefine/>
    <w:uiPriority w:val="39"/>
    <w:unhideWhenUsed/>
    <w:rsid w:val="00DF2ECA"/>
    <w:pPr>
      <w:spacing w:after="100"/>
      <w:ind w:left="200"/>
    </w:pPr>
  </w:style>
  <w:style w:type="character" w:styleId="Hyperlink">
    <w:name w:val="Hyperlink"/>
    <w:basedOn w:val="DefaultParagraphFont"/>
    <w:uiPriority w:val="99"/>
    <w:unhideWhenUsed/>
    <w:rsid w:val="00DF2E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01f4b0__x0001f4d1_FinancialandAdministrativeTemplates xmlns="e414895d-b0b0-427c-92eb-ddf971aca08e" xsi:nil="true"/>
    <Date xmlns="e414895d-b0b0-427c-92eb-ddf971aca08e" xsi:nil="true"/>
    <lcf76f155ced4ddcb4097134ff3c332f xmlns="e414895d-b0b0-427c-92eb-ddf971aca08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799DDD4F831B14BAD4978A54EF34AC5" ma:contentTypeVersion="15" ma:contentTypeDescription="Ein neues Dokument erstellen." ma:contentTypeScope="" ma:versionID="580cf3086d5759b88e22a4fe1520a79b">
  <xsd:schema xmlns:xsd="http://www.w3.org/2001/XMLSchema" xmlns:xs="http://www.w3.org/2001/XMLSchema" xmlns:p="http://schemas.microsoft.com/office/2006/metadata/properties" xmlns:ns2="e414895d-b0b0-427c-92eb-ddf971aca08e" targetNamespace="http://schemas.microsoft.com/office/2006/metadata/properties" ma:root="true" ma:fieldsID="e54d3d320bb67ea4d7c9e75aa35fc569" ns2:_="">
    <xsd:import namespace="e414895d-b0b0-427c-92eb-ddf971aca0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_x0001f4b0__x0001f4d1_FinancialandAdministrativeTemplat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4895d-b0b0-427c-92eb-ddf971aca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_x0001f4b0__x0001f4d1_FinancialandAdministrativeTemplates" ma:index="18" nillable="true" ma:displayName="💰📑Financial and Administrative Templates" ma:format="Dropdown" ma:internalName="_x0001f4b0__x0001f4d1_FinancialandAdministrativeTemplates" ma:percentage="FALSE">
      <xsd:simpleType>
        <xsd:restriction base="dms:Number"/>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7C914-836F-444E-8743-569DB5A8BE8F}">
  <ds:schemaRefs>
    <ds:schemaRef ds:uri="http://schemas.microsoft.com/office/2006/metadata/properties"/>
    <ds:schemaRef ds:uri="http://schemas.microsoft.com/office/infopath/2007/PartnerControls"/>
    <ds:schemaRef ds:uri="e414895d-b0b0-427c-92eb-ddf971aca08e"/>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352330F-5F93-4B8E-90C3-1AE90936D05B}">
  <ds:schemaRefs>
    <ds:schemaRef ds:uri="http://schemas.microsoft.com/sharepoint/v3/contenttype/forms"/>
  </ds:schemaRefs>
</ds:datastoreItem>
</file>

<file path=customXml/itemProps4.xml><?xml version="1.0" encoding="utf-8"?>
<ds:datastoreItem xmlns:ds="http://schemas.openxmlformats.org/officeDocument/2006/customXml" ds:itemID="{D334EDFD-3D98-4653-B6C4-D88BF8462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4895d-b0b0-427c-92eb-ddf971aca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2802</Words>
  <Characters>17906</Characters>
  <Application>Microsoft Office Word</Application>
  <DocSecurity>0</DocSecurity>
  <Lines>716</Lines>
  <Paragraphs>493</Paragraphs>
  <ScaleCrop>false</ScaleCrop>
  <Manager/>
  <Company/>
  <LinksUpToDate>false</LinksUpToDate>
  <CharactersWithSpaces>20215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EU4Culture II - Standard Capacity Building Grant Application Form</dc:title>
  <dc:subject>Annex I - Grant Application Form</dc:subject>
  <dc:creator>Goethe-Institut / EU4Culture II</dc:creator>
  <cp:keywords>EU4Culture II, Capacity Building, Grant Application</cp:keywords>
  <dc:description>Final clean application form aligned with the Capacity Building Guidelines.</dc:description>
  <cp:lastModifiedBy>Rusudan Ebralidze</cp:lastModifiedBy>
  <cp:revision>9</cp:revision>
  <dcterms:created xsi:type="dcterms:W3CDTF">2026-08-05T10:34:00Z</dcterms:created>
  <dcterms:modified xsi:type="dcterms:W3CDTF">2026-08-07T05:32:00Z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0x0101009799DDD4F831B14BAD4978A54EF34AC5</vt:lpwstr>
  </property>
  <property fmtid="{D5CDD505-2E9C-101B-9397-08002B2CF9AE}" pid="3" name="MediaServiceImageTags">
    <vt:lpwstr/>
  </property>
</Properties>
</file>