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79874" w14:textId="279E5238" w:rsidR="00C21889" w:rsidRPr="00C80BCA" w:rsidRDefault="00C21889">
      <w:pPr>
        <w:spacing w:after="240"/>
        <w:rPr>
          <w:rFonts w:ascii="Goethe FF Clan" w:hAnsi="Goethe FF Cl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3595"/>
        <w:gridCol w:w="5478"/>
      </w:tblGrid>
      <w:tr w:rsidR="00C21889" w:rsidRPr="00C80BCA" w14:paraId="242FB468" w14:textId="77777777" w:rsidTr="009C0D83">
        <w:trPr>
          <w:jc w:val="center"/>
        </w:trPr>
        <w:tc>
          <w:tcPr>
            <w:tcW w:w="3595" w:type="dxa"/>
            <w:shd w:val="clear" w:color="auto" w:fill="F4F6F9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D109F71" w14:textId="25E4BCD4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b/>
                <w:sz w:val="20"/>
                <w:szCs w:val="20"/>
              </w:rPr>
              <w:t>Company Name (Bidder):</w:t>
            </w:r>
          </w:p>
        </w:tc>
        <w:tc>
          <w:tcPr>
            <w:tcW w:w="5478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1C16AEB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color w:val="888888"/>
                <w:sz w:val="20"/>
                <w:szCs w:val="20"/>
              </w:rPr>
              <w:t>________________________________________</w:t>
            </w:r>
          </w:p>
        </w:tc>
      </w:tr>
    </w:tbl>
    <w:p w14:paraId="5528B726" w14:textId="77777777" w:rsidR="00C21889" w:rsidRPr="00C80BCA" w:rsidRDefault="00C21889">
      <w:pPr>
        <w:spacing w:after="120"/>
        <w:rPr>
          <w:rFonts w:ascii="Goethe FF Clan" w:hAnsi="Goethe FF Clan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C21889" w:rsidRPr="00C80BCA" w14:paraId="253AE943" w14:textId="77777777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606FD95" w14:textId="4E6F173D" w:rsidR="00C21889" w:rsidRPr="00C80BCA" w:rsidRDefault="009E2810">
            <w:pPr>
              <w:spacing w:after="120"/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sz w:val="20"/>
                <w:szCs w:val="20"/>
              </w:rPr>
              <w:t xml:space="preserve">Bidders must provide at least </w:t>
            </w:r>
            <w:r w:rsidR="00C80BCA" w:rsidRPr="00C80BCA">
              <w:rPr>
                <w:rFonts w:ascii="Goethe FF Clan" w:hAnsi="Goethe FF Clan"/>
                <w:sz w:val="20"/>
                <w:szCs w:val="20"/>
              </w:rPr>
              <w:t>one</w:t>
            </w:r>
            <w:r w:rsidRPr="00C80BCA">
              <w:rPr>
                <w:rFonts w:ascii="Goethe FF Clan" w:hAnsi="Goethe FF Clan"/>
                <w:sz w:val="20"/>
                <w:szCs w:val="20"/>
              </w:rPr>
              <w:t xml:space="preserve"> comparable reference </w:t>
            </w:r>
            <w:r w:rsidR="00C80BCA" w:rsidRPr="00C80BCA">
              <w:rPr>
                <w:rFonts w:ascii="Goethe FF Clan" w:hAnsi="Goethe FF Clan"/>
                <w:sz w:val="20"/>
                <w:szCs w:val="20"/>
              </w:rPr>
              <w:t xml:space="preserve">for a </w:t>
            </w:r>
            <w:r w:rsidRPr="00C80BCA">
              <w:rPr>
                <w:rFonts w:ascii="Goethe FF Clan" w:hAnsi="Goethe FF Clan"/>
                <w:sz w:val="20"/>
                <w:szCs w:val="20"/>
              </w:rPr>
              <w:t xml:space="preserve">project (similar scope and environment) successfully completed within the last </w:t>
            </w:r>
            <w:r w:rsidR="00C80BCA" w:rsidRPr="00C80BCA">
              <w:rPr>
                <w:rFonts w:ascii="Goethe FF Clan" w:hAnsi="Goethe FF Clan"/>
                <w:sz w:val="20"/>
                <w:szCs w:val="20"/>
              </w:rPr>
              <w:t>five</w:t>
            </w:r>
            <w:r w:rsidRPr="00C80BCA">
              <w:rPr>
                <w:rFonts w:ascii="Goethe FF Clan" w:hAnsi="Goethe FF Clan"/>
                <w:sz w:val="20"/>
                <w:szCs w:val="20"/>
              </w:rPr>
              <w:t xml:space="preserve"> years, in compliance with deadlines and agreed remuneration.</w:t>
            </w:r>
            <w:r w:rsidRPr="00C80BCA">
              <w:rPr>
                <w:rFonts w:ascii="Goethe FF Clan" w:hAnsi="Goethe FF Clan"/>
                <w:sz w:val="20"/>
                <w:szCs w:val="20"/>
              </w:rPr>
              <w:br/>
            </w:r>
            <w:r w:rsidRPr="00C80BCA">
              <w:rPr>
                <w:rFonts w:ascii="Goethe FF Clan" w:hAnsi="Goethe FF Clan"/>
                <w:i/>
                <w:sz w:val="20"/>
                <w:szCs w:val="20"/>
              </w:rPr>
              <w:br/>
              <w:t xml:space="preserve">The references provided </w:t>
            </w:r>
            <w:r w:rsidR="00C80BCA">
              <w:rPr>
                <w:rFonts w:ascii="Goethe FF Clan" w:hAnsi="Goethe FF Clan"/>
                <w:i/>
                <w:sz w:val="20"/>
                <w:szCs w:val="20"/>
              </w:rPr>
              <w:t>could</w:t>
            </w:r>
            <w:r w:rsidRPr="00C80BCA">
              <w:rPr>
                <w:rFonts w:ascii="Goethe FF Clan" w:hAnsi="Goethe FF Clan"/>
                <w:i/>
                <w:sz w:val="20"/>
                <w:szCs w:val="20"/>
              </w:rPr>
              <w:t xml:space="preserve"> be verified and included in the evaluation.</w:t>
            </w:r>
          </w:p>
        </w:tc>
      </w:tr>
    </w:tbl>
    <w:p w14:paraId="601388A7" w14:textId="77777777" w:rsidR="00C21889" w:rsidRPr="00C80BCA" w:rsidRDefault="00C21889">
      <w:pPr>
        <w:spacing w:after="240"/>
        <w:rPr>
          <w:rFonts w:ascii="Goethe FF Clan" w:hAnsi="Goethe FF Clan"/>
          <w:sz w:val="20"/>
          <w:szCs w:val="20"/>
        </w:rPr>
      </w:pPr>
    </w:p>
    <w:p w14:paraId="686E5C49" w14:textId="77777777" w:rsidR="00C21889" w:rsidRPr="00C80BCA" w:rsidRDefault="009E2810">
      <w:pPr>
        <w:keepNext/>
        <w:spacing w:before="280" w:after="120"/>
        <w:rPr>
          <w:rFonts w:ascii="Goethe FF Clan" w:hAnsi="Goethe FF Clan"/>
          <w:sz w:val="20"/>
          <w:szCs w:val="20"/>
        </w:rPr>
      </w:pPr>
      <w:r w:rsidRPr="00C80BCA">
        <w:rPr>
          <w:rFonts w:ascii="Goethe FF Clan" w:hAnsi="Goethe FF Clan"/>
          <w:b/>
          <w:color w:val="1B365D"/>
          <w:sz w:val="20"/>
          <w:szCs w:val="20"/>
        </w:rPr>
        <w:t>Reference No. 1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3164"/>
        <w:gridCol w:w="6186"/>
      </w:tblGrid>
      <w:tr w:rsidR="00C21889" w:rsidRPr="00C80BCA" w14:paraId="4AD2EBBE" w14:textId="77777777">
        <w:trPr>
          <w:jc w:val="center"/>
        </w:trPr>
        <w:tc>
          <w:tcPr>
            <w:tcW w:w="3168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D752C1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b/>
                <w:sz w:val="20"/>
                <w:szCs w:val="20"/>
              </w:rPr>
              <w:t>Reference Provider (Client):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8EA815" w14:textId="231B7829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i/>
                <w:color w:val="999999"/>
                <w:sz w:val="20"/>
                <w:szCs w:val="20"/>
              </w:rPr>
              <w:t>Company name, address</w:t>
            </w:r>
          </w:p>
        </w:tc>
      </w:tr>
      <w:tr w:rsidR="00C21889" w:rsidRPr="00C80BCA" w14:paraId="6A675DBE" w14:textId="77777777">
        <w:trPr>
          <w:jc w:val="center"/>
        </w:trPr>
        <w:tc>
          <w:tcPr>
            <w:tcW w:w="3168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276949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b/>
                <w:sz w:val="20"/>
                <w:szCs w:val="20"/>
              </w:rPr>
              <w:t>Project Title: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FF0B76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color w:val="BBBBBB"/>
                <w:sz w:val="20"/>
                <w:szCs w:val="20"/>
              </w:rPr>
              <w:t>___________________________________________</w:t>
            </w:r>
          </w:p>
        </w:tc>
      </w:tr>
      <w:tr w:rsidR="00C21889" w:rsidRPr="00C80BCA" w14:paraId="2DD9E25F" w14:textId="77777777">
        <w:trPr>
          <w:jc w:val="center"/>
        </w:trPr>
        <w:tc>
          <w:tcPr>
            <w:tcW w:w="3168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BCCDD4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b/>
                <w:sz w:val="20"/>
                <w:szCs w:val="20"/>
              </w:rPr>
              <w:t>Location (Country, City):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31280A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color w:val="BBBBBB"/>
                <w:sz w:val="20"/>
                <w:szCs w:val="20"/>
              </w:rPr>
              <w:t>___________________________________________</w:t>
            </w:r>
          </w:p>
        </w:tc>
      </w:tr>
      <w:tr w:rsidR="00C21889" w:rsidRPr="00C80BCA" w14:paraId="1DE3ED66" w14:textId="77777777">
        <w:trPr>
          <w:jc w:val="center"/>
        </w:trPr>
        <w:tc>
          <w:tcPr>
            <w:tcW w:w="3168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CE2F14" w14:textId="6FDD7F0E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b/>
                <w:sz w:val="20"/>
                <w:szCs w:val="20"/>
              </w:rPr>
              <w:t>Description of Services: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F0E090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color w:val="BBBBBB"/>
                <w:sz w:val="20"/>
                <w:szCs w:val="20"/>
              </w:rPr>
              <w:t>___________________________________________</w:t>
            </w:r>
          </w:p>
        </w:tc>
      </w:tr>
      <w:tr w:rsidR="00C21889" w:rsidRPr="00C80BCA" w14:paraId="59A1F177" w14:textId="77777777">
        <w:trPr>
          <w:jc w:val="center"/>
        </w:trPr>
        <w:tc>
          <w:tcPr>
            <w:tcW w:w="3168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A01E68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b/>
                <w:sz w:val="20"/>
                <w:szCs w:val="20"/>
              </w:rPr>
              <w:t>Effort (person-days):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BB6F19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color w:val="BBBBBB"/>
                <w:sz w:val="20"/>
                <w:szCs w:val="20"/>
              </w:rPr>
              <w:t>___________________________________________</w:t>
            </w:r>
          </w:p>
        </w:tc>
      </w:tr>
      <w:tr w:rsidR="00C21889" w:rsidRPr="00C80BCA" w14:paraId="0E3A6638" w14:textId="77777777">
        <w:trPr>
          <w:jc w:val="center"/>
        </w:trPr>
        <w:tc>
          <w:tcPr>
            <w:tcW w:w="3168" w:type="dxa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B944D6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b/>
                <w:sz w:val="20"/>
                <w:szCs w:val="20"/>
              </w:rPr>
              <w:t>Period of Service Delivery: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92A114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color w:val="BBBBBB"/>
                <w:sz w:val="20"/>
                <w:szCs w:val="20"/>
              </w:rPr>
              <w:t>___________________________________________</w:t>
            </w:r>
          </w:p>
        </w:tc>
      </w:tr>
    </w:tbl>
    <w:p w14:paraId="208E5827" w14:textId="77777777" w:rsidR="00C21889" w:rsidRPr="00C80BCA" w:rsidRDefault="009E2810">
      <w:pPr>
        <w:keepNext/>
        <w:spacing w:before="160" w:after="80"/>
        <w:rPr>
          <w:rFonts w:ascii="Goethe FF Clan" w:hAnsi="Goethe FF Clan"/>
          <w:sz w:val="20"/>
          <w:szCs w:val="20"/>
        </w:rPr>
      </w:pPr>
      <w:r w:rsidRPr="00C80BCA">
        <w:rPr>
          <w:rFonts w:ascii="Goethe FF Clan" w:hAnsi="Goethe FF Clan"/>
          <w:b/>
          <w:color w:val="444444"/>
          <w:sz w:val="20"/>
          <w:szCs w:val="20"/>
        </w:rPr>
        <w:t>Minimum Requirements for the Reference Project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6473"/>
        <w:gridCol w:w="2877"/>
      </w:tblGrid>
      <w:tr w:rsidR="00C21889" w:rsidRPr="00C80BCA" w14:paraId="73421D4A" w14:textId="77777777">
        <w:trPr>
          <w:jc w:val="center"/>
        </w:trPr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D890C2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sz w:val="20"/>
                <w:szCs w:val="20"/>
              </w:rPr>
              <w:t>Was the project successfully completed?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362BFC" w14:textId="77777777" w:rsidR="00C21889" w:rsidRPr="00C80BCA" w:rsidRDefault="00950555">
            <w:pPr>
              <w:rPr>
                <w:rFonts w:ascii="Goethe FF Clan" w:hAnsi="Goethe FF Clan"/>
                <w:sz w:val="20"/>
                <w:szCs w:val="20"/>
              </w:rPr>
            </w:pPr>
            <w:sdt>
              <w:sdtPr>
                <w:rPr>
                  <w:rFonts w:ascii="Goethe FF Clan" w:hAnsi="Goethe FF Clan"/>
                  <w:sz w:val="20"/>
                  <w:szCs w:val="20"/>
                </w:rPr>
                <w:alias w:val="Select Option"/>
                <w:id w:val="-256596577"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9E2810" w:rsidRPr="00C80BCA">
                  <w:rPr>
                    <w:rFonts w:ascii="Goethe FF Clan" w:hAnsi="Goethe FF Clan"/>
                    <w:color w:val="555555"/>
                    <w:sz w:val="20"/>
                    <w:szCs w:val="20"/>
                  </w:rPr>
                  <w:t>Please select...</w:t>
                </w:r>
              </w:sdtContent>
            </w:sdt>
          </w:p>
        </w:tc>
      </w:tr>
      <w:tr w:rsidR="00C21889" w:rsidRPr="00C80BCA" w14:paraId="69FB35AE" w14:textId="77777777">
        <w:trPr>
          <w:jc w:val="center"/>
        </w:trPr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6A894F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sz w:val="20"/>
                <w:szCs w:val="20"/>
              </w:rPr>
              <w:t>Was the schedule met?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227BFB" w14:textId="77777777" w:rsidR="00C21889" w:rsidRPr="00C80BCA" w:rsidRDefault="00950555">
            <w:pPr>
              <w:rPr>
                <w:rFonts w:ascii="Goethe FF Clan" w:hAnsi="Goethe FF Clan"/>
                <w:sz w:val="20"/>
                <w:szCs w:val="20"/>
              </w:rPr>
            </w:pPr>
            <w:sdt>
              <w:sdtPr>
                <w:rPr>
                  <w:rFonts w:ascii="Goethe FF Clan" w:hAnsi="Goethe FF Clan"/>
                  <w:sz w:val="20"/>
                  <w:szCs w:val="20"/>
                </w:rPr>
                <w:alias w:val="Select Option"/>
                <w:id w:val="731976170"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9E2810" w:rsidRPr="00C80BCA">
                  <w:rPr>
                    <w:rFonts w:ascii="Goethe FF Clan" w:hAnsi="Goethe FF Clan"/>
                    <w:color w:val="555555"/>
                    <w:sz w:val="20"/>
                    <w:szCs w:val="20"/>
                  </w:rPr>
                  <w:t>Please select...</w:t>
                </w:r>
              </w:sdtContent>
            </w:sdt>
          </w:p>
        </w:tc>
      </w:tr>
      <w:tr w:rsidR="00C21889" w:rsidRPr="00C80BCA" w14:paraId="6E092418" w14:textId="77777777">
        <w:trPr>
          <w:jc w:val="center"/>
        </w:trPr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474AD2" w14:textId="77777777" w:rsidR="00C21889" w:rsidRPr="00C80BCA" w:rsidRDefault="009E2810">
            <w:pPr>
              <w:rPr>
                <w:rFonts w:ascii="Goethe FF Clan" w:hAnsi="Goethe FF Clan"/>
                <w:sz w:val="20"/>
                <w:szCs w:val="20"/>
              </w:rPr>
            </w:pPr>
            <w:r w:rsidRPr="00C80BCA">
              <w:rPr>
                <w:rFonts w:ascii="Goethe FF Clan" w:hAnsi="Goethe FF Clan"/>
                <w:sz w:val="20"/>
                <w:szCs w:val="20"/>
              </w:rPr>
              <w:t>Were the planned costs met (not exceeded)?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0E48BB" w14:textId="77777777" w:rsidR="00C21889" w:rsidRPr="00C80BCA" w:rsidRDefault="00950555">
            <w:pPr>
              <w:rPr>
                <w:rFonts w:ascii="Goethe FF Clan" w:hAnsi="Goethe FF Clan"/>
                <w:sz w:val="20"/>
                <w:szCs w:val="20"/>
              </w:rPr>
            </w:pPr>
            <w:sdt>
              <w:sdtPr>
                <w:rPr>
                  <w:rFonts w:ascii="Goethe FF Clan" w:hAnsi="Goethe FF Clan"/>
                  <w:sz w:val="20"/>
                  <w:szCs w:val="20"/>
                </w:rPr>
                <w:alias w:val="Select Option"/>
                <w:id w:val="2029050628"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9E2810" w:rsidRPr="00C80BCA">
                  <w:rPr>
                    <w:rFonts w:ascii="Goethe FF Clan" w:hAnsi="Goethe FF Clan"/>
                    <w:color w:val="555555"/>
                    <w:sz w:val="20"/>
                    <w:szCs w:val="20"/>
                  </w:rPr>
                  <w:t>Please select...</w:t>
                </w:r>
              </w:sdtContent>
            </w:sdt>
          </w:p>
        </w:tc>
      </w:tr>
    </w:tbl>
    <w:p w14:paraId="772C0C42" w14:textId="5FBFB849" w:rsidR="00C80BCA" w:rsidRPr="00C80BCA" w:rsidRDefault="00C80BCA" w:rsidP="00C80BCA">
      <w:pPr>
        <w:tabs>
          <w:tab w:val="left" w:pos="2974"/>
        </w:tabs>
        <w:rPr>
          <w:rFonts w:ascii="Goethe FF Clan" w:hAnsi="Goethe FF Clan"/>
          <w:sz w:val="20"/>
          <w:szCs w:val="20"/>
        </w:rPr>
      </w:pPr>
    </w:p>
    <w:sectPr w:rsidR="00C80BCA" w:rsidRPr="00C80BCA" w:rsidSect="009D0B41">
      <w:headerReference w:type="default" r:id="rId8"/>
      <w:footerReference w:type="default" r:id="rId9"/>
      <w:pgSz w:w="12240" w:h="15840"/>
      <w:pgMar w:top="1440" w:right="1440" w:bottom="1440" w:left="1440" w:header="1531" w:footer="720" w:gutter="0"/>
      <w:cols w:space="720"/>
      <w:docGrid w:linePitch="360"/>
      <w:sectPrChange w:id="0" w:author="Barakat, Yahia" w:date="2026-06-16T10:32:00Z" w16du:dateUtc="2026-06-16T07:32:00Z">
        <w:sectPr w:rsidR="00C80BCA" w:rsidRPr="00C80BCA" w:rsidSect="009D0B41">
          <w:pgMar w:top="1440" w:right="1440" w:bottom="1440" w:left="1440" w:header="720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D68A3" w14:textId="77777777" w:rsidR="00950555" w:rsidRDefault="00950555" w:rsidP="00C80BCA">
      <w:pPr>
        <w:spacing w:after="0" w:line="240" w:lineRule="auto"/>
      </w:pPr>
      <w:r>
        <w:separator/>
      </w:r>
    </w:p>
  </w:endnote>
  <w:endnote w:type="continuationSeparator" w:id="0">
    <w:p w14:paraId="5409E9A8" w14:textId="77777777" w:rsidR="00950555" w:rsidRDefault="00950555" w:rsidP="00C80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672D7F8" w14:paraId="32109690" w14:textId="77777777" w:rsidTr="2672D7F8">
      <w:trPr>
        <w:trHeight w:val="300"/>
      </w:trPr>
      <w:tc>
        <w:tcPr>
          <w:tcW w:w="3120" w:type="dxa"/>
        </w:tcPr>
        <w:p w14:paraId="18143787" w14:textId="2AF0B777" w:rsidR="2672D7F8" w:rsidRDefault="2672D7F8" w:rsidP="2672D7F8">
          <w:pPr>
            <w:pStyle w:val="Kopfzeile"/>
            <w:ind w:left="-115"/>
          </w:pPr>
        </w:p>
      </w:tc>
      <w:tc>
        <w:tcPr>
          <w:tcW w:w="3120" w:type="dxa"/>
        </w:tcPr>
        <w:p w14:paraId="4079542E" w14:textId="51D0F4D0" w:rsidR="2672D7F8" w:rsidRDefault="2672D7F8" w:rsidP="2672D7F8">
          <w:pPr>
            <w:pStyle w:val="Kopfzeile"/>
            <w:jc w:val="center"/>
          </w:pPr>
        </w:p>
      </w:tc>
      <w:tc>
        <w:tcPr>
          <w:tcW w:w="3120" w:type="dxa"/>
        </w:tcPr>
        <w:p w14:paraId="48CCE4BD" w14:textId="334988FE" w:rsidR="2672D7F8" w:rsidRDefault="2672D7F8" w:rsidP="2672D7F8">
          <w:pPr>
            <w:pStyle w:val="Kopfzeile"/>
            <w:ind w:right="-115"/>
            <w:jc w:val="right"/>
          </w:pPr>
        </w:p>
      </w:tc>
    </w:tr>
  </w:tbl>
  <w:p w14:paraId="38C3005C" w14:textId="0AC4B521" w:rsidR="2672D7F8" w:rsidRDefault="2672D7F8" w:rsidP="2672D7F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E73B9" w14:textId="77777777" w:rsidR="00950555" w:rsidRDefault="00950555" w:rsidP="00C80BCA">
      <w:pPr>
        <w:spacing w:after="0" w:line="240" w:lineRule="auto"/>
      </w:pPr>
      <w:r>
        <w:separator/>
      </w:r>
    </w:p>
  </w:footnote>
  <w:footnote w:type="continuationSeparator" w:id="0">
    <w:p w14:paraId="11657344" w14:textId="77777777" w:rsidR="00950555" w:rsidRDefault="00950555" w:rsidP="00C80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66CF6" w14:textId="79FCE7C4" w:rsidR="00C80BCA" w:rsidRPr="00C80BCA" w:rsidRDefault="009C0D83">
    <w:pPr>
      <w:pStyle w:val="Kopfzeile"/>
      <w:rPr>
        <w:rFonts w:ascii="Goethe FF Clan" w:hAnsi="Goethe FF Clan"/>
        <w:sz w:val="28"/>
        <w:szCs w:val="28"/>
      </w:rPr>
    </w:pPr>
    <w:r>
      <w:rPr>
        <w:rFonts w:ascii="Goethe FF Clan" w:hAnsi="Goethe FF Clan"/>
        <w:b/>
        <w:noProof/>
        <w:color w:val="1B365D"/>
        <w:sz w:val="28"/>
        <w:szCs w:val="28"/>
      </w:rPr>
      <w:drawing>
        <wp:anchor distT="0" distB="0" distL="114300" distR="114300" simplePos="0" relativeHeight="251658240" behindDoc="1" locked="0" layoutInCell="1" allowOverlap="1" wp14:anchorId="26CE7891" wp14:editId="25DF03CA">
          <wp:simplePos x="0" y="0"/>
          <wp:positionH relativeFrom="page">
            <wp:posOffset>6430866</wp:posOffset>
          </wp:positionH>
          <wp:positionV relativeFrom="page">
            <wp:posOffset>-119269</wp:posOffset>
          </wp:positionV>
          <wp:extent cx="1438910" cy="1438910"/>
          <wp:effectExtent l="0" t="0" r="8890" b="8890"/>
          <wp:wrapNone/>
          <wp:docPr id="364553355" name="Grafik 1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Brief_ob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1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672D7F8" w:rsidRPr="2672D7F8">
      <w:rPr>
        <w:rFonts w:ascii="Goethe FF Clan" w:hAnsi="Goethe FF Clan"/>
        <w:b/>
        <w:bCs/>
        <w:color w:val="1B365D"/>
        <w:sz w:val="28"/>
        <w:szCs w:val="28"/>
      </w:rPr>
      <w:t>Annex B 6 — References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9995225">
    <w:abstractNumId w:val="8"/>
  </w:num>
  <w:num w:numId="2" w16cid:durableId="1801141849">
    <w:abstractNumId w:val="6"/>
  </w:num>
  <w:num w:numId="3" w16cid:durableId="705639270">
    <w:abstractNumId w:val="5"/>
  </w:num>
  <w:num w:numId="4" w16cid:durableId="226768815">
    <w:abstractNumId w:val="4"/>
  </w:num>
  <w:num w:numId="5" w16cid:durableId="104689612">
    <w:abstractNumId w:val="7"/>
  </w:num>
  <w:num w:numId="6" w16cid:durableId="802114198">
    <w:abstractNumId w:val="3"/>
  </w:num>
  <w:num w:numId="7" w16cid:durableId="147210678">
    <w:abstractNumId w:val="2"/>
  </w:num>
  <w:num w:numId="8" w16cid:durableId="1139420970">
    <w:abstractNumId w:val="1"/>
  </w:num>
  <w:num w:numId="9" w16cid:durableId="198484950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arakat, Yahia">
    <w15:presenceInfo w15:providerId="AD" w15:userId="S::yahia.barakat@goethe.de::926d548d-4ea0-496d-9af1-f31a1ef22b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3FE2"/>
    <w:rsid w:val="00663F96"/>
    <w:rsid w:val="00950555"/>
    <w:rsid w:val="009C0D83"/>
    <w:rsid w:val="009D0B41"/>
    <w:rsid w:val="009E2810"/>
    <w:rsid w:val="00A154AC"/>
    <w:rsid w:val="00AA1D8D"/>
    <w:rsid w:val="00B47730"/>
    <w:rsid w:val="00B7327C"/>
    <w:rsid w:val="00BA3163"/>
    <w:rsid w:val="00C21889"/>
    <w:rsid w:val="00C80BCA"/>
    <w:rsid w:val="00CB0664"/>
    <w:rsid w:val="00CB7816"/>
    <w:rsid w:val="00D9449E"/>
    <w:rsid w:val="00E83C71"/>
    <w:rsid w:val="00FC693F"/>
    <w:rsid w:val="2672D7F8"/>
    <w:rsid w:val="7DB4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A7887C"/>
  <w14:defaultImageDpi w14:val="300"/>
  <w15:docId w15:val="{357FF602-EBEE-4185-A3A7-8410F474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color w:val="333333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erarbeitung">
    <w:name w:val="Revision"/>
    <w:hidden/>
    <w:uiPriority w:val="99"/>
    <w:semiHidden/>
    <w:rsid w:val="00BA3163"/>
    <w:pPr>
      <w:spacing w:after="0" w:line="240" w:lineRule="auto"/>
    </w:pPr>
    <w:rPr>
      <w:rFonts w:ascii="Arial" w:hAnsi="Arial"/>
      <w:color w:val="33333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839</Characters>
  <Application>Microsoft Office Word</Application>
  <DocSecurity>0</DocSecurity>
  <Lines>6</Lines>
  <Paragraphs>1</Paragraphs>
  <ScaleCrop>false</ScaleCrop>
  <Manager/>
  <Company/>
  <LinksUpToDate>false</LinksUpToDate>
  <CharactersWithSpaces>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Barakat, Yahia</cp:lastModifiedBy>
  <cp:revision>6</cp:revision>
  <dcterms:created xsi:type="dcterms:W3CDTF">2026-06-15T10:41:00Z</dcterms:created>
  <dcterms:modified xsi:type="dcterms:W3CDTF">2026-06-16T07:32:00Z</dcterms:modified>
  <cp:category/>
</cp:coreProperties>
</file>